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도담추천 출시 변경 메모</w:t>
      </w:r>
    </w:p>
    <w:p>
      <w:r>
        <w:t>교육 영상 시연용 가상 자료 · JJ디지털 · 검토용 / 외부 게시 금지</w:t>
      </w:r>
    </w:p>
    <w:p>
      <w:pPr>
        <w:pStyle w:val="Heading1"/>
      </w:pPr>
      <w:r>
        <w:t>1쪽 · 확정된 서비스 사실</w:t>
      </w:r>
    </w:p>
    <w:p>
      <w:r>
        <w:rPr>
          <w:b/>
        </w:rPr>
        <w:t xml:space="preserve">M1 · 서비스  </w:t>
      </w:r>
      <w:r>
        <w:t>JJ디지털은 통신 서비스·웹툰 플랫폼을 운영한다. 도담추천은 성인 로그인 이용자의 질문을 받아 요금제와 웹툰 탐색을 돕는 대화형 AI 기능이다. 요금제 가입·결제·자동 계약 결정은 하지 않는다. 출시 목표일은 2026-12-01이며 확정일이 아니다.</w:t>
      </w:r>
    </w:p>
    <w:p>
      <w:r>
        <w:rPr>
          <w:b/>
        </w:rPr>
        <w:t xml:space="preserve">M2 · 새 처리 항목  </w:t>
      </w:r>
      <w:r>
        <w:t>이용자가 입력한 질문 텍스트, 음성, 첨부파일(이미지)과 생성된 추천 답변을 수집·저장한다. 계정 식별값과 연결하여 본인의 최근 대화를 보여 준다.</w:t>
      </w:r>
    </w:p>
    <w:p>
      <w:r>
        <w:rPr>
          <w:b/>
        </w:rPr>
        <w:t xml:space="preserve">M3 · 보관과 삭제  </w:t>
      </w:r>
      <w:r>
        <w:t>질문 텍스트·음성·첨부파일·추천 답변은 각각 생성 시점부터 30일 보관 후 삭제한다. 이용자는 그 전에 대화 삭제를 요청할 수 있다. 계정 식별값은 현행 계정관리 기준을 따른다. 삭제 요청의 처리 절차·예외 보관은 개인정보 담당이 확인해야 한다.</w:t>
      </w:r>
    </w:p>
    <w:p>
      <w:r>
        <w:rPr>
          <w:b/>
        </w:rPr>
        <w:t xml:space="preserve">M4 · 학습 여부  </w:t>
      </w:r>
      <w:r>
        <w:t>이번 출시에서는 이용자 입력과 추천 답변을 AI 모델 학습에 사용하지 않는다. 따라서 학습 활용 거부 절차는 이번 범위에 적용하지 않으며, 향후 학습 도입 시 별도 검토한다. 서비스 이용 중단·대화 삭제 요청과 학습 거부는 구분한다.</w:t>
      </w:r>
    </w:p>
    <w:p>
      <w:r>
        <w:rPr>
          <w:b/>
        </w:rPr>
        <w:t xml:space="preserve">M5 · 처리 위치  </w:t>
      </w:r>
      <w:r>
        <w:t>음성 잡음 제거만 이용자 단말기 안에서 처리하며, 질문과 추천 답변은 서버로 전송·저장한다. AI 기능 전체가 단말기 안에서만 처리된다는 문장은 사실과 다르다.</w:t>
      </w:r>
    </w:p>
    <w:p>
      <w:r>
        <w:br w:type="page"/>
      </w:r>
    </w:p>
    <w:p>
      <w:pPr>
        <w:pStyle w:val="Heading1"/>
      </w:pPr>
      <w:r>
        <w:t>2쪽 · 안내 경로와 미확정 사항</w:t>
      </w:r>
    </w:p>
    <w:p>
      <w:r>
        <w:rPr>
          <w:b/>
        </w:rPr>
        <w:t xml:space="preserve">M6 · 이용자 안내  </w:t>
      </w:r>
      <w:r>
        <w:t>입력 전에 민감정보나 고유식별정보를 넣지 않도록 안내한다. 부적절한 답변은 도담추천 화면의 도움말 &gt; 답변 신고에서 신고·이의 제기한다. 이 경로는 가상 서비스의 화면 설정이다. 실제 연락 창구 주소는 미정이다.</w:t>
      </w:r>
    </w:p>
    <w:p>
      <w:r>
        <w:rPr>
          <w:b/>
        </w:rPr>
        <w:t xml:space="preserve">M7 · 처리 위탁  </w:t>
      </w:r>
      <w:r>
        <w:t>보담보관(가상)이 대화 보관용 저장소 운영을 맡는다. 저장 서버는 국내에 있다. 위탁 계약과 재위탁 현황의 최종 검토는 아직 끝나지 않았다. 고객 자료가 외부로 공개되는 것은 아니다.</w:t>
      </w:r>
    </w:p>
    <w:p>
      <w:r>
        <w:rPr>
          <w:b/>
        </w:rPr>
        <w:t xml:space="preserve">M8 · 미확정 사실  </w:t>
      </w:r>
      <w:r>
        <w:t>보담보관의 원격 운영 인력 접속 국가, 국외 이전 발생 여부·세부 내역, 처리의 법적 근거, 변경 공지 시점, 별도 동의 필요 여부, 시행일은 미확정이다. 국내 서버라는 사실만으로 국외 이전 없음을 단정하지 않는다.</w:t>
      </w:r>
    </w:p>
    <w:p>
      <w:r>
        <w:rPr>
          <w:b/>
        </w:rPr>
        <w:t xml:space="preserve">M9 · 검토 요청  </w:t>
      </w:r>
      <w:r>
        <w:t>서비스기획은 실제 기능·수집 항목을 확인하고, 개인정보 담당은 처리방침·위탁·국외 이전을 확인한다. 약관 담당은 책임 조항·공지·동의·시행일을 검토한다. 승인 전에는 고객에게 안내문을 보내지 않는다.</w:t>
      </w:r>
    </w:p>
    <w:sectPr w:rsidR="00FC693F" w:rsidRPr="0006063C" w:rsidSect="00034616">
      <w:footerReference w:type="default" r:id="rId9"/>
      <w:pgSz w:w="12240" w:h="15840"/>
      <w:pgMar w:top="1020"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JJ디지털(가상) | 직원 900명 | 확정 전 담당자 검토</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