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개인정보 처리방침 · 현행과 출시 개정안</w:t>
      </w:r>
    </w:p>
    <w:p>
      <w:r>
        <w:t>교육 영상 시연용 가상 자료 · JJ디지털 · 검토용 / 외부 게시 금지</w:t>
      </w:r>
    </w:p>
    <w:p>
      <w:pPr>
        <w:pStyle w:val="Heading1"/>
      </w:pPr>
      <w:r>
        <w:t>1쪽 · 현행 발췌</w:t>
      </w:r>
    </w:p>
    <w:p>
      <w:r>
        <w:t>실습에 쓰는 관련 부분만 발췌한 가상 문서입니다. 전체 처리방침이 아닙니다.</w:t>
      </w:r>
    </w:p>
    <w:p>
      <w:r>
        <w:rPr>
          <w:b/>
        </w:rPr>
        <w:t xml:space="preserve">P1 · 목적  </w:t>
      </w:r>
      <w:r>
        <w:t>회원 계정관리 및 요금제·웹툰 서비스 제공을 위해 개인정보를 처리합니다.</w:t>
      </w:r>
    </w:p>
    <w:p>
      <w:r>
        <w:rPr>
          <w:b/>
        </w:rPr>
        <w:t xml:space="preserve">P2 · 항목  </w:t>
      </w:r>
      <w:r>
        <w:t>계정 식별값, 이메일, 서비스 이용기록을 처리합니다.</w:t>
      </w:r>
    </w:p>
    <w:p>
      <w:r>
        <w:rPr>
          <w:b/>
        </w:rPr>
        <w:t xml:space="preserve">P3 · 보관  </w:t>
      </w:r>
      <w:r>
        <w:t>회원 계정관리 정보는 회원 탈퇴 시까지 보관하고, 법령상 별도 보관이 필요한 경우 해당 기준에 따릅니다.</w:t>
      </w:r>
    </w:p>
    <w:p>
      <w:r>
        <w:rPr>
          <w:b/>
        </w:rPr>
        <w:t xml:space="preserve">P4 · 학습  </w:t>
      </w:r>
      <w:r>
        <w:t>AI 기능 및 AI 모델 학습에 관한 설명 없음.</w:t>
      </w:r>
    </w:p>
    <w:p>
      <w:r>
        <w:rPr>
          <w:b/>
        </w:rPr>
        <w:t xml:space="preserve">P5 · 권리행사  </w:t>
      </w:r>
      <w:r>
        <w:t>서비스 도움말을 통해 개인정보 관련 요청을 할 수 있습니다.</w:t>
      </w:r>
    </w:p>
    <w:p>
      <w:r>
        <w:rPr>
          <w:b/>
        </w:rPr>
        <w:t xml:space="preserve">P6 · 위탁  </w:t>
      </w:r>
      <w:r>
        <w:t>위탁 현황은 현행 별도 목록에서 확인할 수 있습니다.</w:t>
      </w:r>
    </w:p>
    <w:p>
      <w:r>
        <w:rPr>
          <w:b/>
        </w:rPr>
        <w:t xml:space="preserve">P7 · 처리 위치  </w:t>
      </w:r>
      <w:r>
        <w:t>AI 기능의 단말기·서버 처리에 관한 설명 없음.</w:t>
      </w:r>
    </w:p>
    <w:p>
      <w:r>
        <w:rPr>
          <w:b/>
        </w:rPr>
        <w:t xml:space="preserve">P8 · 변경 안내  </w:t>
      </w:r>
      <w:r>
        <w:t>처리방침 변경 시 이전 내용과 비교할 수 있도록 안내합니다.</w:t>
      </w:r>
    </w:p>
    <w:p>
      <w:r>
        <w:br w:type="page"/>
      </w:r>
    </w:p>
    <w:p>
      <w:pPr>
        <w:pStyle w:val="Heading1"/>
      </w:pPr>
      <w:r>
        <w:t>2쪽 · 출시 개정안 발췌 / 오류 포함</w:t>
      </w:r>
    </w:p>
    <w:p>
      <w:r>
        <w:t>일부러 빠진 항목과 잘못된 문장이 있습니다. 승인 전 초안이며 이 문장대로 공개하지 않습니다.</w:t>
      </w:r>
    </w:p>
    <w:p>
      <w:r>
        <w:rPr>
          <w:b/>
        </w:rPr>
        <w:t xml:space="preserve">P1 · 목적  </w:t>
      </w:r>
      <w:r>
        <w:t>성인 로그인 이용자가 질문을 통해 요금제와 웹툰을 탐색하도록 도담추천을 제공합니다. 가입·결제를 자동 결정하지 않습니다.</w:t>
      </w:r>
    </w:p>
    <w:p>
      <w:r>
        <w:rPr>
          <w:b/>
        </w:rPr>
        <w:t xml:space="preserve">P2 · 항목  </w:t>
      </w:r>
      <w:r>
        <w:t>도담추천에서는 질문 텍스트와 계정 식별값을 수집·저장합니다.</w:t>
      </w:r>
    </w:p>
    <w:p>
      <w:r>
        <w:rPr>
          <w:b/>
        </w:rPr>
        <w:t xml:space="preserve">P3 · 보관  </w:t>
      </w:r>
      <w:r>
        <w:t>도담추천 대화 정보는 서비스 제공에 필요한 때까지 보관합니다.</w:t>
      </w:r>
    </w:p>
    <w:p>
      <w:r>
        <w:rPr>
          <w:b/>
        </w:rPr>
        <w:t xml:space="preserve">P4 · 학습  </w:t>
      </w:r>
      <w:r>
        <w:t>수집한 대화 정보는 서비스 개선에 활용할 수 있습니다.</w:t>
      </w:r>
    </w:p>
    <w:p>
      <w:r>
        <w:rPr>
          <w:b/>
        </w:rPr>
        <w:t xml:space="preserve">P5 · 권리행사  </w:t>
      </w:r>
      <w:r>
        <w:t>부적절한 답변은 도담추천 화면의 도움말 &gt; 답변 신고에서 신고하거나 이의를 제기할 수 있습니다.</w:t>
      </w:r>
    </w:p>
    <w:p>
      <w:r>
        <w:rPr>
          <w:b/>
        </w:rPr>
        <w:t xml:space="preserve">P6 · 위탁  </w:t>
      </w:r>
      <w:r>
        <w:t>대화 보관 업무를 협력업체에 맡길 수 있습니다.</w:t>
      </w:r>
    </w:p>
    <w:p>
      <w:r>
        <w:rPr>
          <w:b/>
        </w:rPr>
        <w:t xml:space="preserve">P7 · 처리 위치  </w:t>
      </w:r>
      <w:r>
        <w:t>도담추천 AI 기능은 이용자 단말기 안에서만 처리됩니다.</w:t>
      </w:r>
    </w:p>
    <w:p>
      <w:r>
        <w:rPr>
          <w:b/>
        </w:rPr>
        <w:t xml:space="preserve">P8 · 변경 안내  </w:t>
      </w:r>
      <w:r>
        <w:t>정보주체 권리에 중대한 영향을 주는 변경은 개정 전 또는 개정 즉시 이전·변경 내용을 대조표로 안내합니다. 이번 변경의 공지 시점과 시행일은 담당자 검토 후 확정합니다.</w:t>
      </w:r>
    </w:p>
    <w:sectPr w:rsidR="00FC693F" w:rsidRPr="0006063C" w:rsidSect="00034616">
      <w:footerReference w:type="default" r:id="rId9"/>
      <w:pgSz w:w="12240" w:h="15840"/>
      <w:pgMar w:top="1020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JJ디지털(가상) | 직원 900명 | 확정 전 담당자 검토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