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행사 지시서(BEO) · 미확정 초안</w:t>
      </w:r>
    </w:p>
    <w:p>
      <w:r>
        <w:t>교육 영상 시연용 가상 자료 · JJ리조트(가상)</w:t>
      </w:r>
    </w:p>
    <w:p>
      <w:r>
        <w:t>관련 견적 6,842,000원 / 공급가 6,220,000원 / 실습 세액 622,000원</w:t>
      </w:r>
    </w:p>
    <w:p>
      <w:r>
        <w:t>메뉴 표시 성분(가상): 알류·우유·밀·대두·새우. 별도식 인원·교차 접촉 가능성은 주방 담당 확인 필요.</w:t>
      </w:r>
    </w:p>
    <w:p>
      <w:r>
        <w:t>예약 가능 여부·할인 승인·입금 및 취소 조건·주차: (확인 필요). 최종 확정은 담당자입니다.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내용</w:t>
            </w:r>
          </w:p>
        </w:tc>
      </w:tr>
      <w:tr>
        <w:tc>
          <w:tcPr>
            <w:tcW w:type="dxa" w:w="4320"/>
          </w:tcPr>
          <w:p>
            <w:r>
              <w:t>행사번호</w:t>
            </w:r>
          </w:p>
        </w:tc>
        <w:tc>
          <w:tcPr>
            <w:tcW w:type="dxa" w:w="4320"/>
          </w:tcPr>
          <w:p>
            <w:r>
              <w:t>E-01</w:t>
            </w:r>
          </w:p>
        </w:tc>
      </w:tr>
      <w:tr>
        <w:tc>
          <w:tcPr>
            <w:tcW w:type="dxa" w:w="4320"/>
          </w:tcPr>
          <w:p>
            <w:r>
              <w:t>행사명</w:t>
            </w:r>
          </w:p>
        </w:tc>
        <w:tc>
          <w:tcPr>
            <w:tcW w:type="dxa" w:w="4320"/>
          </w:tcPr>
          <w:p>
            <w:r>
              <w:t>가온교육 워크숍</w:t>
            </w:r>
          </w:p>
        </w:tc>
      </w:tr>
      <w:tr>
        <w:tc>
          <w:tcPr>
            <w:tcW w:type="dxa" w:w="4320"/>
          </w:tcPr>
          <w:p>
            <w:r>
              <w:t>고객사</w:t>
            </w:r>
          </w:p>
        </w:tc>
        <w:tc>
          <w:tcPr>
            <w:tcW w:type="dxa" w:w="4320"/>
          </w:tcPr>
          <w:p>
            <w:r>
              <w:t>가온교육(가상)</w:t>
            </w:r>
          </w:p>
        </w:tc>
      </w:tr>
      <w:tr>
        <w:tc>
          <w:tcPr>
            <w:tcW w:type="dxa" w:w="4320"/>
          </w:tcPr>
          <w:p>
            <w:r>
              <w:t>행사일</w:t>
            </w:r>
          </w:p>
        </w:tc>
        <w:tc>
          <w:tcPr>
            <w:tcW w:type="dxa" w:w="4320"/>
          </w:tcPr>
          <w:p>
            <w:r>
              <w:t>2026-11-20</w:t>
            </w:r>
          </w:p>
        </w:tc>
      </w:tr>
      <w:tr>
        <w:tc>
          <w:tcPr>
            <w:tcW w:type="dxa" w:w="4320"/>
          </w:tcPr>
          <w:p>
            <w:r>
              <w:t>시간</w:t>
            </w:r>
          </w:p>
        </w:tc>
        <w:tc>
          <w:tcPr>
            <w:tcW w:type="dxa" w:w="4320"/>
          </w:tcPr>
          <w:p>
            <w:r>
              <w:t>13:00~17:00</w:t>
            </w:r>
          </w:p>
        </w:tc>
      </w:tr>
      <w:tr>
        <w:tc>
          <w:tcPr>
            <w:tcW w:type="dxa" w:w="4320"/>
          </w:tcPr>
          <w:p>
            <w:r>
              <w:t>행사장</w:t>
            </w:r>
          </w:p>
        </w:tc>
        <w:tc>
          <w:tcPr>
            <w:tcW w:type="dxa" w:w="4320"/>
          </w:tcPr>
          <w:p>
            <w:r>
              <w:t>가든홀</w:t>
            </w:r>
          </w:p>
        </w:tc>
      </w:tr>
      <w:tr>
        <w:tc>
          <w:tcPr>
            <w:tcW w:type="dxa" w:w="4320"/>
          </w:tcPr>
          <w:p>
            <w:r>
              <w:t>배치</w:t>
            </w:r>
          </w:p>
        </w:tc>
        <w:tc>
          <w:tcPr>
            <w:tcW w:type="dxa" w:w="4320"/>
          </w:tcPr>
          <w:p>
            <w:r>
              <w:t>8인 원탁 10개 / 좌석 80석</w:t>
            </w:r>
          </w:p>
        </w:tc>
      </w:tr>
      <w:tr>
        <w:tc>
          <w:tcPr>
            <w:tcW w:type="dxa" w:w="4320"/>
          </w:tcPr>
          <w:p>
            <w:r>
              <w:t>식사</w:t>
            </w:r>
          </w:p>
        </w:tc>
        <w:tc>
          <w:tcPr>
            <w:tcW w:type="dxa" w:w="4320"/>
          </w:tcPr>
          <w:p>
            <w:r>
              <w:t>연회 뷔페 A 80명 / 15:00 제공</w:t>
            </w:r>
          </w:p>
        </w:tc>
      </w:tr>
      <w:tr>
        <w:tc>
          <w:tcPr>
            <w:tcW w:type="dxa" w:w="4320"/>
          </w:tcPr>
          <w:p>
            <w:r>
              <w:t>식음료</w:t>
            </w:r>
          </w:p>
        </w:tc>
        <w:tc>
          <w:tcPr>
            <w:tcW w:type="dxa" w:w="4320"/>
          </w:tcPr>
          <w:p>
            <w:r>
              <w:t>커피 80잔 / 14:30 제공</w:t>
            </w:r>
          </w:p>
        </w:tc>
      </w:tr>
      <w:tr>
        <w:tc>
          <w:tcPr>
            <w:tcW w:type="dxa" w:w="4320"/>
          </w:tcPr>
          <w:p>
            <w:r>
              <w:t>장비</w:t>
            </w:r>
          </w:p>
        </w:tc>
        <w:tc>
          <w:tcPr>
            <w:tcW w:type="dxa" w:w="4320"/>
          </w:tcPr>
          <w:p>
            <w:r>
              <w:t>프로젝터 1대 / 마이크 2대</w:t>
            </w:r>
          </w:p>
        </w:tc>
      </w:tr>
      <w:tr>
        <w:tc>
          <w:tcPr>
            <w:tcW w:type="dxa" w:w="4320"/>
          </w:tcPr>
          <w:p>
            <w:r>
              <w:t>운영</w:t>
            </w:r>
          </w:p>
        </w:tc>
        <w:tc>
          <w:tcPr>
            <w:tcW w:type="dxa" w:w="4320"/>
          </w:tcPr>
          <w:p>
            <w:r>
              <w:t>12:00 세팅 / 행사 30분 전 장비 점검 / 17:30 철수</w:t>
            </w:r>
          </w:p>
        </w:tc>
      </w:tr>
      <w:tr>
        <w:tc>
          <w:tcPr>
            <w:tcW w:type="dxa" w:w="4320"/>
          </w:tcPr>
          <w:p>
            <w:r>
              <w:t>특이사항</w:t>
            </w:r>
          </w:p>
        </w:tc>
        <w:tc>
          <w:tcPr>
            <w:tcW w:type="dxa" w:w="4320"/>
          </w:tcPr>
          <w:p>
            <w:r>
              <w:t>별도식 인원·주차·예약 가능 여부·입금 및 취소 조건: (확인 필요)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