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주간 수익관리 기준 메모</w:t>
      </w:r>
    </w:p>
    <w:p>
      <w:r>
        <w:t>교육 영상 시연용 가상 자료</w:t>
      </w:r>
    </w:p>
    <w:p>
      <w:r>
        <w:t>범위: JJ리조트(가상, 호텔·리조트·외식 매장 12곳) 중 호수관 객실 사업장 1곳만 집계한다.</w:t>
      </w:r>
    </w:p>
    <w:p>
      <w:r>
        <w:t>기준: 2026-11-09 09:00 한국시간. 완료 실적은 10/26~11/01과 11/02~11/08. 미래 예약과 공개 요금은 11/09~11/15. 모든 날짜와 숫자는 촬영용 가상이다.</w:t>
      </w:r>
    </w:p>
    <w:p>
      <w:r>
        <w:t>예약은 객실 1개 1박당 1행이다. 예약번호·숙박일·객실번호가 모두 같은 완전 중복만 1행 남긴다. 같은 키인데 내용이 다르면 확정하지 말고 확인 필요로 남긴다. 같은 예약의 다른 숙박일은 합치지 않는다.</w:t>
      </w:r>
    </w:p>
    <w:p>
      <w:r>
        <w:t>사업장 표기 JJ리조트 호수관/호수관은 호수관으로, 직접 예약/직접예약은 직접예약으로 맞춘다. 투숙완료/체크아웃/완료는 투숙완료다. 취소는 집계에서 제외한다. 취소 행의 매출 빈칸은 채우지 않는다.</w:t>
      </w:r>
    </w:p>
    <w:p>
      <w:r>
        <w:t>확정 실적: 투숙완료 행만 계산. 객실매출은 세금 별도, 식음·취소료·수수료·예약금은 제외. 원장의 식음은 분리한다. 원장 중복은 전표번호가 같고 내용도 같은 경우만 1행 남긴다.</w:t>
      </w:r>
    </w:p>
    <w:p>
      <w:r>
        <w:t>점유율=판매객실박 합계÷판매가능객실박 합계. 판매가능=총객실-판매중지. 주간은 일별 비율을 평균하지 않는다. 객단가=평균 객실요금=객실매출 합계÷판매객실박 합계. 가용객실당 매출=객실매출 합계÷판매가능객실박 합계. 분모 0은 계산불가로 표시한다.</w:t>
      </w:r>
    </w:p>
    <w:p>
      <w:r>
        <w:t>경쟁요금은 숙박일·스탠더드·2명·조식 불포함·전일 18시까지 무료취소·원화·세금 포함·동일 조회시점이 일치한 경우만 비교한다. 객실 수준의 대응 가능성은 현업이 확인했다는 가상 전제다. 외부 실무 적용 시 재확인한다.</w:t>
      </w:r>
    </w:p>
    <w:p>
      <w:r>
        <w:t>공개요금 중복은 조회번호와 전체 내용이 모두 같을 때만 제거한다. 동일 숙소의 여러 유효 요금이 남으면 임의로 최저가를 고르지 않고 확인 필요로 남긴다. 없는 요금은 0으로 채우지 않는다. 비교숙소 평균은 유효한 비교숙소만 단순 평균, 유효 수를 같이 쓴다.</w:t>
      </w:r>
    </w:p>
    <w:p>
      <w:r>
        <w:t>현재 예약 점유율은 미래 숙박일의 확정예약÷미래 판매가능이다. 11/02와 11/09 같은 시각에 본 동일 미래 숙박일을 대조한다. 새로 잡힌 예약 순증은 현재 예약-이전 예약이며 취소가 반영된 순변화다. 총 신규 예약 수·예측 실적이 아니다.</w:t>
      </w:r>
    </w:p>
    <w:p>
      <w:r>
        <w:t>앞 업무 한 달치 리뷰·고객의 소리(VOC) 수백 건 불만 유형 분석에서 주간 요약만 이어받는다. 이번 파일은 새로 만든 교육용 결과 예시다. 서로 다른 주간 평균 평점은 단순 평균해 월간 평점으로 쓰지 않는다. 소음·대기 불만은 중복될 수 있다.</w:t>
      </w:r>
    </w:p>
    <w:p>
      <w:r>
        <w:t>객실요금 확정과 게시, 원본 수정, 외부 전송은 하지 않는다. 자료가 허용되는 도구인지 회사 규정을 먼저 확인한다. 개인 이름·연락처·결제정보는 넣지 않는다.</w:t>
      </w:r>
    </w:p>
    <w:p>
      <w:r>
        <w:t>금액은 원 단위로 반올림하여 표시하고 비율은 소수 둘째 자리까지 표시한다. 비율은 반올림 전의 주간 합계에서 계산한다.</w:t>
      </w:r>
    </w:p>
    <w:p>
      <w:r>
        <w:t>매주 원본 묶음을 새 주차 연습 폴더에 넣고 기존 주차 파일과 섞지 않는다. 기준 메모와 같은 부탁으로 집계를 갱신한다. 날짜와 조회시점을 확인한 뒤 실행하며 자동 예약 실행이나 시스템 연결을 설정한 실습은 아니다.</w:t>
      </w:r>
    </w:p>
    <w:p>
      <w:r>
        <w:t>출력: 점검표_가상.xlsx, 주간리포트_가상.xlsx, 주간리포트_가상.pdf, 주간리포트_휴대폰_가상.html, 매주작업순서_가상.txt. 같은 입력의 재실행 결과 수치는 같아야 하며 원본은 그대로 둔다. 다른 날짜의 결과를 덮어쓰지 않는다.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