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행사 지시서(BEO) · 빈 틀</w:t>
      </w:r>
    </w:p>
    <w:p>
      <w:pPr>
        <w:pStyle w:val="Subtitle"/>
      </w:pPr>
      <w:r>
        <w:t>교육 영상 시연용 가상 자료 | JJ리조트 · 모든 회사·인물·요금은 가상</w:t>
      </w:r>
    </w:p>
    <w:p>
      <w:r>
        <w:t>작성 기준 시각: ______  문서 상태: 초안  작성자: ______  행사 식별: 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</w:trPr>
        <w:tc>
          <w:tcPr>
            <w:tcW w:type="dxa" w:w="3400"/>
          </w:tcPr>
          <w:p>
            <w:r>
              <w:t>항목</w:t>
            </w:r>
          </w:p>
        </w:tc>
        <w:tc>
          <w:tcPr>
            <w:tcW w:type="dxa" w:w="3400"/>
          </w:tcPr>
          <w:p>
            <w:r>
              <w:t>내용</w:t>
            </w:r>
          </w:p>
        </w:tc>
        <w:tc>
          <w:tcPr>
            <w:tcW w:type="dxa" w:w="3400"/>
          </w:tcPr>
          <w:p>
            <w:r>
              <w:t>확정 상태·근거</w:t>
            </w:r>
          </w:p>
        </w:tc>
      </w:tr>
      <w:tr>
        <w:tc>
          <w:tcPr>
            <w:tcW w:type="dxa" w:w="3400"/>
          </w:tcPr>
          <w:p>
            <w:r>
              <w:t>행사·고객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연락 역할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날짜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장소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시간표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보장 인원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증원 문의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식사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대체 메뉴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식이 원문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음료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좌석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장비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미확정 추가 요청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설치·장비 점검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주차 안내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식사 금액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음료 금액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대관·유료 장비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봉사료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세금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기준 견적 합계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예산 비교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예약금·잔액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정산 수신처·수단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  <w:tr>
        <w:tc>
          <w:tcPr>
            <w:tcW w:type="dxa" w:w="3400"/>
          </w:tcPr>
          <w:p>
            <w:r>
              <w:t>승인·배포</w:t>
            </w:r>
          </w:p>
        </w:tc>
        <w:tc>
          <w:tcPr>
            <w:tcW w:type="dxa" w:w="3400"/>
          </w:tcPr>
          <w:p>
            <w:r>
              <w:t>(확인 필요)</w:t>
            </w:r>
          </w:p>
        </w:tc>
        <w:tc>
          <w:tcPr>
            <w:tcW w:type="dxa" w:w="3400"/>
          </w:tcPr>
          <w:p>
            <w:r/>
          </w:p>
        </w:tc>
      </w:tr>
    </w:tbl>
    <w:p>
      <w:r>
        <w:t>고객 확인 질문: ______</w:t>
        <w:br/>
        <w:t>주방 확인: ______</w:t>
        <w:br/>
        <w:t>운영 확인: ______</w:t>
        <w:br/>
        <w:t>회계 확인: ______</w:t>
        <w:br/>
        <w:t>승인자·시각: ______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