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단체·연회 문의 메일 묶음</w:t>
      </w:r>
    </w:p>
    <w:p>
      <w:pPr>
        <w:pStyle w:val="Subtitle"/>
      </w:pPr>
      <w:r>
        <w:t>교육 영상 시연용 가상 자료 | JJ리조트 · 모든 회사·인물·요금은 가상</w:t>
      </w:r>
    </w:p>
    <w:p>
      <w:r>
        <w:t>읽는 순서: 오래된 메일부터. 9통 중 M05는 M03의 중복 전달, 고유 메일은 8통입니다. 기준 시각 2026-11-06 10:00. 실습은 자동 메일 연동 없이 이 파일을 첨부합니다.</w:t>
      </w:r>
    </w:p>
    <w:p>
      <w:pPr>
        <w:pStyle w:val="Heading1"/>
      </w:pPr>
      <w:r>
        <w:t>M01 | 단체 연말간담회 문의</w:t>
      </w:r>
    </w:p>
    <w:p>
      <w:r>
        <w:t>보낸 시각: 2026-11-02 09:10</w:t>
        <w:br/>
        <w:t>보낸 사람: 한도윤 / 라온기획(가상)</w:t>
        <w:br/>
        <w:t>받는 사람: JJ리조트 연회·세일즈팀</w:t>
      </w:r>
    </w:p>
    <w:p>
      <w:r>
        <w:t>JJ리조트 솔빛점에서 연말간담회를 열고 싶습니다. 12월 11일 또는 18일 저녁 중 가능한 날을 알려 주세요. 예상 64명이고, 식사·음료·대관·장비·봉사료·세금까지 모두 포함한 예산은 1인 100,000원입니다. 행사명은 라온기획 연말간담회입니다. 아직 날짜와 인원은 확정 전입니다.</w:t>
      </w:r>
    </w:p>
    <w:p>
      <w:pPr>
        <w:pStyle w:val="Heading1"/>
      </w:pPr>
      <w:r>
        <w:t>M02 | 솔빛홀 조건 제안</w:t>
      </w:r>
    </w:p>
    <w:p>
      <w:r>
        <w:t>보낸 시각: 2026-11-02 14:00</w:t>
        <w:br/>
        <w:t>보낸 사람: 이서윤 / JJ리조트 연회·세일즈팀(가상)</w:t>
        <w:br/>
        <w:t>받는 사람: 라온기획 한도윤</w:t>
      </w:r>
    </w:p>
    <w:p>
      <w:r>
        <w:t>12월 11일 17:30~21:00, 솔빛점 2층 솔빛홀을 제안드립니다. 현재 예약 확정은 아닙니다. 착석 최대 80명, 원형 테이블은 한 개에 최대 8명입니다. 솔빛 한식 코스는 1인 68,000원, 무알코올 음료 묶음은 1인 12,000원입니다. 대관 500,000원, 프로젝터 1대 150,000원, 스크린 1대와 무선 마이크 2대는 포함입니다. 식음료 합계에 봉사료 10%를 더하고 식음료·대관·유료 장비·봉사료의 합계에 세금 10%를 계산합니다. 합계의 30%를 예약금으로, 잔액은 행사 당일 정산하는 제안입니다. 모두 가상 연회운영조건 기준입니다.</w:t>
      </w:r>
    </w:p>
    <w:p>
      <w:pPr>
        <w:pStyle w:val="Heading1"/>
      </w:pPr>
      <w:r>
        <w:t>M03 | 일정 선택과 메뉴 요청</w:t>
      </w:r>
    </w:p>
    <w:p>
      <w:r>
        <w:t>보낸 시각: 2026-11-03 10:20</w:t>
        <w:br/>
        <w:t>보낸 사람: 한도윤 / 라온기획(가상)</w:t>
        <w:br/>
        <w:t>받는 사람: JJ리조트 연회·세일즈팀</w:t>
      </w:r>
    </w:p>
    <w:p>
      <w:r>
        <w:t>12월 11일로 진행하겠습니다. 예상 인원은 72명으로 늘었습니다. 솔빛 한식 코스와 무알코올 음료 묶음을 원합니다. 72명 안에 채식 코스 4명이 포함됩니다. 견과류를 못 먹는 분이 2명 있어요. 채식 4명과 겹치는지는 아직 모릅니다. 무선 마이크 2대, 프로젝터 1대, 스크린 1대를 부탁드립니다. 17:30 입장, 18:00 개회, 18:30 식사, 20:30 마무리 인사, 21:00 종료를 생각합니다.</w:t>
      </w:r>
    </w:p>
    <w:p>
      <w:pPr>
        <w:pStyle w:val="Heading1"/>
      </w:pPr>
      <w:r>
        <w:t>M04 | 요청 접수와 확인할 조건</w:t>
      </w:r>
    </w:p>
    <w:p>
      <w:r>
        <w:t>보낸 시각: 2026-11-03 15:30</w:t>
        <w:br/>
        <w:t>보낸 사람: 이서윤 / JJ리조트 연회·세일즈팀(가상)</w:t>
        <w:br/>
        <w:t>받는 사람: 라온기획 한도윤</w:t>
      </w:r>
    </w:p>
    <w:p>
      <w:r>
        <w:t>날짜·메뉴·장비 요청을 받았습니다. 채식 코스는 같은 단가를 적용할 수 있으나 구체적인 대체 메뉴는 주방 확인 전입니다. 견과류 관련 대응도 주방 확인 전이며 안전을 확답할 수 없습니다. 보장 인원은 11월 20일 12:00까지 상호 확정한 뒤 정산 기준으로 삼겠습니다. 행사장과 장비 배정도 최종 내부 승인 전입니다. 예약금 입금 확인은 아직 하지 못했습니다.</w:t>
      </w:r>
    </w:p>
    <w:p>
      <w:pPr>
        <w:pStyle w:val="Heading1"/>
      </w:pPr>
      <w:r>
        <w:t>M05 | 전달: 일정 선택과 메뉴 요청</w:t>
      </w:r>
    </w:p>
    <w:p>
      <w:r>
        <w:t>보낸 시각: 2026-11-04 09:00</w:t>
        <w:br/>
        <w:t>보낸 사람: 한도윤 / 라온기획(가상)</w:t>
        <w:br/>
        <w:t>받는 사람: JJ리조트 연회·세일즈팀</w:t>
      </w:r>
    </w:p>
    <w:p>
      <w:r>
        <w:t>중복 전달입니다. 아래 인용된 원본은 M03(2026-11-03 10:20)과 내용이 같습니다. 새로운 변경 요청은 없습니다.</w:t>
        <w:br/>
        <w:t>[인용 M03] 예상 인원 72명, 그 안에 채식 4명. 견과류를 못 먹는 분 2명. 12월 11일, 한식 코스와 무알코올 음료 묶음.</w:t>
      </w:r>
    </w:p>
    <w:p>
      <w:pPr>
        <w:pStyle w:val="Heading1"/>
      </w:pPr>
      <w:r>
        <w:t>M06 | 인원과 세팅 확정 요청</w:t>
      </w:r>
    </w:p>
    <w:p>
      <w:r>
        <w:t>보낸 시각: 2026-11-05 11:00</w:t>
        <w:br/>
        <w:t>보낸 사람: 한도윤 / 라온기획(가상)</w:t>
        <w:br/>
        <w:t>받는 사람: JJ리조트 연회·세일즈팀</w:t>
      </w:r>
    </w:p>
    <w:p>
      <w:r>
        <w:t>보장 인원을 총 68명으로 확정해 주세요. 68명 안에 일반 코스 64명과 채식 코스 4명이 포함됩니다. 견과류를 못 먹는 분 2명의 조건은 앞서 말씀드린 그대로이고 상세 내용은 확인 중입니다. 원형 테이블은 9개로, 8개에 각 8명, 나머지 1개에 4명으로 부탁드립니다. 날짜·시간표·음료·장비는 M03대로입니다. 고객에게 확인할 질문은 11월 9일 12:00까지 회신드리겠습니다.</w:t>
      </w:r>
    </w:p>
    <w:p>
      <w:pPr>
        <w:pStyle w:val="Heading1"/>
      </w:pPr>
      <w:r>
        <w:t>M07 | 보장 인원 68명 상호 확인</w:t>
      </w:r>
    </w:p>
    <w:p>
      <w:r>
        <w:t>보낸 시각: 2026-11-05 16:00</w:t>
        <w:br/>
        <w:t>보낸 사람: 이서윤 / JJ리조트 연회·세일즈팀(가상)</w:t>
        <w:br/>
        <w:t>받는 사람: 라온기획 한도윤</w:t>
      </w:r>
    </w:p>
    <w:p>
      <w:r>
        <w:t>총 보장 인원 68명, 일반 코스 64명과 채식 코스 4명, 원형 테이블 9개(8명씩 8개와 4명 1개)를 고객과 상호 확인했습니다. 이 인원을 기준으로 정산 초안을 작성하겠습니다. 11월 20일 12:00 이후 인원 감소는 정산에 반영하지 않는 조건도 상호 확인했습니다. 아직 예약금 수령·행사장 최종 배정·주방 대응 승인은 확인 전입니다. 날짜는 12월 11일, 시간표와 장비 요청은 M03을 유지합니다.</w:t>
      </w:r>
    </w:p>
    <w:p>
      <w:pPr>
        <w:pStyle w:val="Heading1"/>
      </w:pPr>
      <w:r>
        <w:t>M08 | 추가 가능성 문의 — 아직 변경 확정 아님</w:t>
      </w:r>
    </w:p>
    <w:p>
      <w:r>
        <w:t>보낸 시각: 2026-11-06 09:30</w:t>
        <w:br/>
        <w:t>보낸 사람: 한도윤 / 라온기획(가상)</w:t>
        <w:br/>
        <w:t>받는 사람: JJ리조트 연회·세일즈팀</w:t>
      </w:r>
    </w:p>
    <w:p>
      <w:r>
        <w:t>참석자가 74명 정도 될 수도 있습니다. 아직 정해진 것이 아니니 보장 인원은 68명을 유지해 주세요. 종료를 21:30으로 늦출 수 있는지, 무선 마이크를 1대 더 추가할 수 있는지 궁금합니다. 가능 여부와 추가 비용을 먼저 알려 주세요. 외부 케이크 반입도 가능한지 확인 부탁드립니다. 예산은 모두 포함 1인 100,000원 그대로입니다. 추가 조건에 동의하거나 예약금을 입금한 것은 아닙니다.</w:t>
      </w:r>
    </w:p>
    <w:p>
      <w:pPr>
        <w:pStyle w:val="Heading1"/>
      </w:pPr>
      <w:r>
        <w:t>M09 | 접수 — 변경 확정 보류</w:t>
      </w:r>
    </w:p>
    <w:p>
      <w:r>
        <w:t>보낸 시각: 2026-11-06 10:00</w:t>
        <w:br/>
        <w:t>보낸 사람: 이서윤 / JJ리조트 연회·세일즈팀(가상)</w:t>
        <w:br/>
        <w:t>받는 사람: 라온기획 한도윤</w:t>
      </w:r>
    </w:p>
    <w:p>
      <w:r>
        <w:t>M08의 74명 가능성, 21:30 연장, 마이크 추가, 외부 케이크 반입은 문의로 접수했습니다. 변경 확정은 아닙니다. 현재 BEO에는 보장 인원 68명과 21:00 종료를 유지해 주세요. 추가 조건은 내부 가능 여부와 가격을 확인한 뒤 고객 동의를 받아 반영하겠습니다. 회계 정산용 수신처도 확인 중입니다.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 Creative 교육연구소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