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 확인 메일 · 보내기 전 초안</w:t>
      </w:r>
    </w:p>
    <w:p>
      <w:pPr>
        <w:pStyle w:val="Subtitle"/>
      </w:pPr>
      <w:r>
        <w:t>교육 영상 시연용 가상 자료 | JJ리조트 · 모든 회사·인물·요금은 가상</w:t>
      </w:r>
    </w:p>
    <w:p>
      <w:r>
        <w:t>받는 사람: 라온기획 한도윤(가명)</w:t>
        <w:br/>
        <w:t>제목: 라온기획 연말간담회 조건 확인 요청</w:t>
        <w:br/>
        <w:t>상태: 발송하지 않은 교육용 초안</w:t>
      </w:r>
    </w:p>
    <w:p>
      <w:r>
        <w:t>한도윤님, 안녕하세요. JJ리조트 연회·세일즈팀 이서윤입니다. 12월 11일 행사 준비를 위해 아래 내용을 확인 부탁드립니다. 보장 인원 68명과 21:00 종료를 기준으로 작성했습니다. 11월 9일 12:00까지 회신 주시면 내부 검토와 함께 반영하겠습니다.</w:t>
      </w:r>
    </w:p>
    <w:p>
      <w:pPr>
        <w:pStyle w:val="Heading1"/>
      </w:pPr>
      <w:r>
        <w:t>Q1 · 보장 인원·증원</w:t>
      </w:r>
    </w:p>
    <w:p>
      <w:r>
        <w:t>보장 68명 유지로 이해했습니다. 74명 증원이 확정되면 언제까지 알려주실 수 있나요?</w:t>
      </w:r>
    </w:p>
    <w:p>
      <w:pPr>
        <w:pStyle w:val="Heading1"/>
      </w:pPr>
      <w:r>
        <w:t>Q2 · 예산·정산</w:t>
      </w:r>
    </w:p>
    <w:p>
      <w:r>
        <w:t>현재 조건 합계 7,297,400원으로 총예산 6,800,000원보다 497,400원 높습니다. 조건 조정과 예산 증액 중 어느 방향을 검토할까요? 정산 수신처와 결제 수단도 알려 주세요.</w:t>
      </w:r>
    </w:p>
    <w:p>
      <w:pPr>
        <w:pStyle w:val="Heading1"/>
      </w:pPr>
      <w:r>
        <w:t>Q3 · 식이 상세</w:t>
      </w:r>
    </w:p>
    <w:p>
      <w:r>
        <w:t>“견과류를 못 먹는 분이 2명”의 피해야 할 재료와 대상, 채식 4명과의 중복 여부를 알려 주세요. 채식의 구체적인 제외 재료도 확인 부탁드립니다. 가능한 제공 방식은 주방 검토 뒤 안내하겠습니다.</w:t>
      </w:r>
    </w:p>
    <w:p>
      <w:pPr>
        <w:pStyle w:val="Heading1"/>
      </w:pPr>
      <w:r>
        <w:t>Q4 · 연장·마이크</w:t>
      </w:r>
    </w:p>
    <w:p>
      <w:r>
        <w:t>21:30 종료와 마이크 1대 추가를 원하시는 것으로 접수했습니다. 가능 여부·추가 요금 안내 후 확정해도 될까요?</w:t>
      </w:r>
    </w:p>
    <w:p>
      <w:pPr>
        <w:pStyle w:val="Heading1"/>
      </w:pPr>
      <w:r>
        <w:t>Q5 · 외부 케이크·진행</w:t>
      </w:r>
    </w:p>
    <w:p>
      <w:r>
        <w:t>케이크 반입 예정 시간·크기·보관·커팅 요청을 알려 주세요. 무알코올 음료 제공 시간도 확인 부탁드립니다. 반입 허용과 비용은 내부 확인 뒤 안내하겠습니다.</w:t>
      </w:r>
    </w:p>
    <w:p>
      <w:r>
        <w:t>현재 기준 견적은 7,297,400원이며 미확정 추가 요청 비용은 포함하지 않았습니다. 추가 조건은 가능 여부와 요금을 안내한 뒤 동의를 받고 반영하겠습니다. 감사합니다.</w:t>
        <w:br/>
        <w:t>JJ리조트 연회·세일즈팀 이서윤 드림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