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73B57"/>
          <w:sz w:val="36"/>
        </w:rPr>
        <w:t>住客与访客使用指南 · 중국어 간체 결과 예시</w:t>
      </w:r>
    </w:p>
    <w:p>
      <w:r>
        <w:t>교육 영상 시연용 가상 자료 | JJ리조트 해솔점(가상) | 2026-11-06 · 안내 기준 v1.0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656"/>
        <w:gridCol w:w="7949"/>
      </w:tblGrid>
      <w:t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编号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项目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使用须知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入住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入住办理时间为15:00起。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退房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请于11:00前办理退房。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03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前台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前台位于1层，24小时服务。请使用客房电话拨0。访客请前往1层前台。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04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早餐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早餐在1层JJ餐厅供应，时间为07:00–10:00，最晚入场时间为09:30。需付费，价格待确认，请咨询前台。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05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室内游泳池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室内游泳池位于2层，开放时间为10:00–20:00，最晚入场时间为19:00。费用待确认，请咨询前台。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06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休息区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休息区位于1层，开放时间为09:00–21:00。座位可免费使用，饮品需另行付费。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07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无线网络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无线网络名称为JJ-Guest。密码请咨询前台。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08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行李寄存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入住及退房当天可免费寄存行李，请向前台提出申请。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09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海松步道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海松步道（虚构）距正门步行约10分钟。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10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温路文化馆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温路文化馆（虚构）距此处车程约15分钟。开放时间及闭馆日待确认，请咨询前台。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11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提前入住／延迟退房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能否提前入住或延迟退房视客房情况而定。附加费用待确认，请咨询前台。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12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食物过敏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Microsoft YaHei"/>
                <w:sz w:val="19"/>
              </w:rPr>
              <w:t>如有食物过敏，请在点餐前告知餐厅工作人员。本指南不保证过敏原安全。</w:t>
            </w:r>
          </w:p>
        </w:tc>
      </w:tr>
    </w:tbl>
    <w:p>
      <w:r>
        <w:t>확인 필요: 조식 요금 / 수영장 요금 / 문화관 운영시간·휴관일 / 이른 체크인·늦은 체크아웃 추가 요금.</w:t>
        <w:br/>
        <w:t>모든 이름·운영 정보는 가상입니다. 번역 예시는 전문 감수 완료본이 아닙니다.</w:t>
      </w:r>
    </w:p>
    <w:sectPr w:rsidR="00FC693F" w:rsidRPr="0006063C" w:rsidSect="00034616">
      <w:footerReference w:type="default" r:id="rId9"/>
      <w:pgSz w:w="11909" w:h="16834"/>
      <w:pgMar w:top="749" w:right="864" w:bottom="74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>교육용 작성 예시 · 실제 게시 전 담당자 확인 · 지점별 운영 조건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맑은 고딕" w:hAnsi="맑은 고딕" w:eastAsia="Microsoft YaHe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