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73B57"/>
          <w:sz w:val="36"/>
        </w:rPr>
        <w:t>Guest &amp; Visitor Guide · 영어 결과 예시</w:t>
      </w:r>
    </w:p>
    <w:p>
      <w:r>
        <w:t>교육 영상 시연용 가상 자료 | JJ리조트 해솔점(가상) | 2026-11-06 · 안내 기준 v1.0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656"/>
        <w:gridCol w:w="7949"/>
      </w:tblGrid>
      <w:t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No.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Topic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Information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Check-in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Check-in is available from 15:00.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Check-out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Please check out by 11:00.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03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Front desk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The front desk is on 1F and is open 24 hours. Dial 0 from your room phone. Visitors, please come to the front desk on 1F.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04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Breakfast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Breakfast is served at JJ Dining on 1F from 07:00 to 10:00. Last entry is at 09:30. A fee applies; the price needs confirmation. Please ask the front desk.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05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Indoor pool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The indoor pool is on 2F and is open from 10:00 to 20:00. Last entry is at 19:00. The fee needs confirmation; please ask the front desk.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06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Lounge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The lounge is on 1F and is open from 09:00 to 21:00. Seating is free of charge; drinks are charged separately.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07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Wi-Fi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The Wi-Fi network is JJ-Guest. Please ask the front desk for the password.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08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Luggage storage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Free luggage storage is available on your check-in and check-out days. Please ask the front desk.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09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Haesol Walking Trail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Haesol Walking Trail (fictional) is about 10 minutes on foot from the main entrance.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10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Ongil Cultural Center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Ongil Cultural Center (fictional) is about 15 minutes by car. Opening hours and closing days need confirmation. Please ask the front desk.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11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Early / late access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Early check-in and late check-out depend on room availability. Additional fees need confirmation. Please ask the front desk.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12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Food allergies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If you have a food allergy, please tell the restaurant staff before ordering. This guide does not guarantee allergen safety.</w:t>
            </w:r>
          </w:p>
        </w:tc>
      </w:tr>
    </w:tbl>
    <w:p>
      <w:r>
        <w:t>확인 필요: 조식 요금 / 수영장 요금 / 문화관 운영시간·휴관일 / 이른 체크인·늦은 체크아웃 추가 요금.</w:t>
        <w:br/>
        <w:t>모든 이름·운영 정보는 가상입니다. 번역 예시는 전문 감수 완료본이 아닙니다.</w:t>
      </w:r>
    </w:p>
    <w:sectPr w:rsidR="00FC693F" w:rsidRPr="0006063C" w:rsidSect="00034616">
      <w:footerReference w:type="default" r:id="rId9"/>
      <w:pgSz w:w="11909" w:h="16834"/>
      <w:pgMar w:top="749" w:right="864" w:bottom="74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>교육용 작성 예시 · 실제 게시 전 담당자 확인 · 지점별 운영 조건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