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사례회의 요약 · 결과 예시 · 검토 전</w:t>
      </w:r>
    </w:p>
    <w:p>
      <w:r>
        <w:t>교육 영상 시연용 가상 자료 | JJ병원(가상, 300병상 종합병원·JJ복지관 운영)</w:t>
      </w:r>
    </w:p>
    <w:p>
      <w:r>
        <w:t>C01 · 한가람(가명) | 상담 기록 3건 / 60분 | 동일 사례 1명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C3FAE8"/>
          </w:tcPr>
          <w:p>
            <w:r>
              <w:t>욕구·근거</w:t>
            </w:r>
          </w:p>
        </w:tc>
        <w:tc>
          <w:tcPr>
            <w:tcW w:type="dxa" w:w="3400"/>
            <w:shd w:fill="C3FAE8"/>
          </w:tcPr>
          <w:p>
            <w:r>
              <w:t>현재 상태</w:t>
            </w:r>
          </w:p>
        </w:tc>
        <w:tc>
          <w:tcPr>
            <w:tcW w:type="dxa" w:w="3400"/>
            <w:shd w:fill="C3FAE8"/>
          </w:tcPr>
          <w:p>
            <w:r>
              <w:t>회의에서 확인·결정할 것</w:t>
            </w:r>
          </w:p>
        </w:tc>
      </w:tr>
      <w:tr>
        <w:tc>
          <w:tcPr>
            <w:tcW w:type="dxa" w:w="3400"/>
          </w:tcPr>
          <w:p>
            <w:r>
              <w:t>식사 준비 도움 / M01·D01</w:t>
            </w:r>
          </w:p>
        </w:tc>
        <w:tc>
          <w:tcPr>
            <w:tcW w:type="dxa" w:w="3400"/>
          </w:tcPr>
          <w:p>
            <w:r>
              <w:t>R01 후보·미문의</w:t>
            </w:r>
          </w:p>
        </w:tc>
        <w:tc>
          <w:tcPr>
            <w:tcW w:type="dxa" w:w="3400"/>
          </w:tcPr>
          <w:p>
            <w:r>
              <w:t>접수 조건·대기 여부를 확인한 뒤 연계 추진 여부 검토</w:t>
            </w:r>
          </w:p>
        </w:tc>
      </w:tr>
      <w:tr>
        <w:tc>
          <w:tcPr>
            <w:tcW w:type="dxa" w:w="3400"/>
          </w:tcPr>
          <w:p>
            <w:r>
              <w:t>외래 동행 / M02·D02</w:t>
            </w:r>
          </w:p>
        </w:tc>
        <w:tc>
          <w:tcPr>
            <w:tcW w:type="dxa" w:w="3400"/>
          </w:tcPr>
          <w:p>
            <w:r>
              <w:t>R02 후보·미문의</w:t>
            </w:r>
          </w:p>
        </w:tc>
        <w:tc>
          <w:tcPr>
            <w:tcW w:type="dxa" w:w="3400"/>
          </w:tcPr>
          <w:p>
            <w:r>
              <w:t>외래 날짜·이동 방법·운영 범위를 확인</w:t>
            </w:r>
          </w:p>
        </w:tc>
      </w:tr>
      <w:tr>
        <w:tc>
          <w:tcPr>
            <w:tcW w:type="dxa" w:w="3400"/>
          </w:tcPr>
          <w:p>
            <w:r>
              <w:t>안부 전화 / M03</w:t>
            </w:r>
          </w:p>
        </w:tc>
        <w:tc>
          <w:tcPr>
            <w:tcW w:type="dxa" w:w="3400"/>
          </w:tcPr>
          <w:p>
            <w:r>
              <w:t>R03 후보·미문의</w:t>
            </w:r>
          </w:p>
        </w:tc>
        <w:tc>
          <w:tcPr>
            <w:tcW w:type="dxa" w:w="3400"/>
          </w:tcPr>
          <w:p>
            <w:r>
              <w:t>방문 거부 의사를 존중하고 전화 안내·동의 범위를 확인</w:t>
            </w:r>
          </w:p>
        </w:tc>
      </w:tr>
    </w:tbl>
    <w:p>
      <w:pPr>
        <w:pStyle w:val="Heading1"/>
      </w:pPr>
      <w:r>
        <w:t>담당자의 다음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C3FAE8"/>
          </w:tcPr>
          <w:p>
            <w:r>
              <w:t>예정 기한</w:t>
            </w:r>
          </w:p>
        </w:tc>
        <w:tc>
          <w:tcPr>
            <w:tcW w:type="dxa" w:w="3400"/>
            <w:shd w:fill="C3FAE8"/>
          </w:tcPr>
          <w:p>
            <w:r>
              <w:t>담당</w:t>
            </w:r>
          </w:p>
        </w:tc>
        <w:tc>
          <w:tcPr>
            <w:tcW w:type="dxa" w:w="3400"/>
            <w:shd w:fill="C3FAE8"/>
          </w:tcPr>
          <w:p>
            <w:r>
              <w:t>할 일</w:t>
            </w:r>
          </w:p>
        </w:tc>
      </w:tr>
      <w:tr>
        <w:tc>
          <w:tcPr>
            <w:tcW w:type="dxa" w:w="3400"/>
          </w:tcPr>
          <w:p>
            <w:r>
              <w:t>2026-11-09</w:t>
            </w:r>
          </w:p>
        </w:tc>
        <w:tc>
          <w:tcPr>
            <w:tcW w:type="dxa" w:w="3400"/>
          </w:tcPr>
          <w:p>
            <w:r>
              <w:t>담당 사회복지사(성명 미입력)</w:t>
            </w:r>
          </w:p>
        </w:tc>
        <w:tc>
          <w:tcPr>
            <w:tcW w:type="dxa" w:w="3400"/>
          </w:tcPr>
          <w:p>
            <w:r>
              <w:t>접수 가능 여부·대기 여부를 확인</w:t>
            </w:r>
          </w:p>
        </w:tc>
      </w:tr>
      <w:tr>
        <w:tc>
          <w:tcPr>
            <w:tcW w:type="dxa" w:w="3400"/>
          </w:tcPr>
          <w:p>
            <w:r>
              <w:t>2026-11-10</w:t>
            </w:r>
          </w:p>
        </w:tc>
        <w:tc>
          <w:tcPr>
            <w:tcW w:type="dxa" w:w="3400"/>
          </w:tcPr>
          <w:p>
            <w:r>
              <w:t>담당 사회복지사(성명 미입력)</w:t>
            </w:r>
          </w:p>
        </w:tc>
        <w:tc>
          <w:tcPr>
            <w:tcW w:type="dxa" w:w="3400"/>
          </w:tcPr>
          <w:p>
            <w:r>
              <w:t>외래 날짜·이동 방법·운영 범위를 확인</w:t>
            </w:r>
          </w:p>
        </w:tc>
      </w:tr>
      <w:tr>
        <w:tc>
          <w:tcPr>
            <w:tcW w:type="dxa" w:w="3400"/>
          </w:tcPr>
          <w:p>
            <w:r>
              <w:t>2026-11-11</w:t>
            </w:r>
          </w:p>
        </w:tc>
        <w:tc>
          <w:tcPr>
            <w:tcW w:type="dxa" w:w="3400"/>
          </w:tcPr>
          <w:p>
            <w:r>
              <w:t>담당 사회복지사(성명 미입력)</w:t>
            </w:r>
          </w:p>
        </w:tc>
        <w:tc>
          <w:tcPr>
            <w:tcW w:type="dxa" w:w="3400"/>
          </w:tcPr>
          <w:p>
            <w:r>
              <w:t>전화 안내·이용 의사·동의 범위를 확인</w:t>
            </w:r>
          </w:p>
        </w:tc>
      </w:tr>
    </w:tbl>
    <w:p>
      <w:r>
        <w:t>예정 기한은 실습용 계획 예시이며 실제 회의·의뢰·신청·연계는 수행하지 않았다. 의료적 판단·자격·위험 등급을 AI가 결정하지 않는다.</w:t>
      </w:r>
    </w:p>
    <w:p>
      <w:r>
        <w:t>AI 사용: ChatGPT Work로 상담 메모의 정리·초안 작성을 보조함. 담당자 검토 전 초안이며 최종 판단·확정은 담당자. 검토자·검토일 미입력 / 미확정.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가상 사례 · 외부 공유용 아님 · 담당자 검토 전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