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근무조 인수인계(SBAR) 요약</w:t>
      </w:r>
    </w:p>
    <w:p>
      <w:r>
        <w:t>교육 영상 시연용 가상 자료 · JJ병원(가상, 300병상 종합병원·JJ복지관 운영)</w:t>
      </w:r>
    </w:p>
    <w:p>
      <w:r>
        <w:t>앞 업무: 근무 중 간호 메모를 다음 근무조 인수인계(SBAR) 요약으로 만들기. 아래는 그 결과 모양을 새로 만든 가상 예시다. 사건번호는 교육용 대조를 위한 값이며 실제 환자 식별자로 쓰지 않는다.</w:t>
      </w:r>
    </w:p>
    <w:p>
      <w:pPr>
        <w:pStyle w:val="Heading1"/>
      </w:pPr>
      <w:r>
        <w:t>H-01 · PS-037</w:t>
      </w:r>
    </w:p>
    <w:p>
      <w:r>
        <w:t>상황(S): 2026-08-17 · 내과병동 · 대상자 P037(가명) · 투약오류 관련 메모</w:t>
      </w:r>
    </w:p>
    <w:p>
      <w:r>
        <w:t>배경(B): 변경 사항을 다음 근무조에 전달할 필요가 있다고 원문에 기록됨.</w:t>
      </w:r>
    </w:p>
    <w:p>
      <w:r>
        <w:t>확인(A): 변경 내용 전달 누락이 원문에 명시됨.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p>
      <w:pPr>
        <w:pStyle w:val="Heading1"/>
      </w:pPr>
      <w:r>
        <w:t>H-02 · PS-038</w:t>
      </w:r>
    </w:p>
    <w:p>
      <w:r>
        <w:t>상황(S): 2026-08-18 · 외과병동 · 대상자 P038(가명) · 투약오류 관련 메모</w:t>
      </w:r>
    </w:p>
    <w:p>
      <w:r>
        <w:t>배경(B): 변경 사항을 다음 근무조에 전달할 필요가 있다고 원문에 기록됨.</w:t>
      </w:r>
    </w:p>
    <w:p>
      <w:r>
        <w:t>확인(A): 변경 내용 전달 누락이 원문에 명시됨.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p>
      <w:pPr>
        <w:pStyle w:val="Heading1"/>
      </w:pPr>
      <w:r>
        <w:t>H-03 · PS-039</w:t>
      </w:r>
    </w:p>
    <w:p>
      <w:r>
        <w:t>상황(S): 2026-08-19 · 응급실 · 대상자 P039(가명) · 투약오류 관련 메모</w:t>
      </w:r>
    </w:p>
    <w:p>
      <w:r>
        <w:t>배경(B): 변경 사항을 다음 근무조에 전달할 필요가 있다고 원문에 기록됨.</w:t>
      </w:r>
    </w:p>
    <w:p>
      <w:r>
        <w:t>확인(A): 변경 내용 전달 누락이 원문에 명시됨.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p>
      <w:pPr>
        <w:pStyle w:val="Heading1"/>
      </w:pPr>
      <w:r>
        <w:t>H-04 · PS-040</w:t>
      </w:r>
    </w:p>
    <w:p>
      <w:r>
        <w:t>상황(S): 2026-08-20 · 내과병동 · 대상자 P040(가명) · 투약오류 관련 메모</w:t>
      </w:r>
    </w:p>
    <w:p>
      <w:r>
        <w:t>배경(B): 변경 사항을 다음 근무조에 전달할 필요가 있다고 원문에 기록됨.</w:t>
      </w:r>
    </w:p>
    <w:p>
      <w:r>
        <w:t>확인(A): 변경 내용 전달 누락이 원문에 명시됨.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p>
      <w:pPr>
        <w:pStyle w:val="Heading1"/>
      </w:pPr>
      <w:r>
        <w:t>H-05 · PS-041</w:t>
      </w:r>
    </w:p>
    <w:p>
      <w:r>
        <w:t>상황(S): 2026-09-01 · 외과병동 · 대상자 P041(가명) · 투약오류 관련 메모</w:t>
      </w:r>
    </w:p>
    <w:p>
      <w:r>
        <w:t>배경(B): 변경 사항을 다음 근무조에 전달할 필요가 있다고 원문에 기록됨.</w:t>
      </w:r>
    </w:p>
    <w:p>
      <w:r>
        <w:t>확인(A): 이 요약에는 전달 누락 여부가 적혀 있지 않음. 사건보고서 원문과 대조 필요.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p>
      <w:pPr>
        <w:pStyle w:val="Heading1"/>
      </w:pPr>
      <w:r>
        <w:t>H-06 · PS-043</w:t>
      </w:r>
    </w:p>
    <w:p>
      <w:r>
        <w:t>상황(S): 2026-09-03 · 내과병동 · 대상자 P043(가명) · 검체오류 관련 메모</w:t>
      </w:r>
    </w:p>
    <w:p>
      <w:r>
        <w:t>배경(B): 변경 사항을 다음 근무조에 전달할 필요가 있다고 원문에 기록됨.</w:t>
      </w:r>
    </w:p>
    <w:p>
      <w:r>
        <w:t>확인(A): 이 요약에는 전달 누락 여부가 적혀 있지 않음. 사건보고서 원문과 대조 필요.</w:t>
      </w:r>
    </w:p>
    <w:p>
      <w:r>
        <w:t>요청(R): 다음 근무조가 확인할 내용을 되짚어 확인해 달라는 교육용 요청.</w:t>
      </w:r>
    </w:p>
    <w:p>
      <w:r>
        <w:t>대조 유의: 사건 보고서와 대조할 사례이며 누락이 사건의 원인임을 입증하지 않음.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교육자료 · 실제 환자·직원 정보 없음 · 최종 검토는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