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부서별 회신 초안 묶음 · 300건</w:t>
      </w:r>
    </w:p>
    <w:p>
      <w:r>
        <w:t>교육 영상 시연용 가상 자료</w:t>
      </w:r>
    </w:p>
    <w:p>
      <w:r>
        <w:t>모든 항목은 교육용 결과 예시이며 실제 발송본이 아닙니다. 각 초안은 원문·사실·연락 가능 여부·담당자 승인을 확인한 후 다듬습니다. 확인 필요 12건은 내부 보완 질문입니다.</w:t>
      </w:r>
    </w:p>
    <w:p>
      <w:pPr>
        <w:pStyle w:val="Heading1"/>
      </w:pPr>
      <w:r>
        <w:t>간호부 · 90건</w:t>
      </w:r>
    </w:p>
    <w:p>
      <w:pPr>
        <w:pStyle w:val="Heading2"/>
      </w:pPr>
      <w:r>
        <w:t>VOC-001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VOC-002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VOC-003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VOC-004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VOC-005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VOC-006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VOC-007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VOC-008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VOC-009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VOC-010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VOC-011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VOC-012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VOC-013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VOC-014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VOC-015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VOC-016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VOC-017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VOC-018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VOC-019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VOC-020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VOC-021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VOC-022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VOC-023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VOC-024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VOC-025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VOC-026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VOC-027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VOC-028 | 칭찬 · 긍정</w:t>
      </w:r>
    </w:p>
    <w:p>
      <w:r>
        <w:t>원문 요지: 병동 간호사가 이용 안내를 차근차근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VOC-029 | 칭찬 · 긍정</w:t>
      </w:r>
    </w:p>
    <w:p>
      <w:r>
        <w:t>원문 요지: 병동 호출에 간호사가 와서 필요한 안내를 친절하게 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VOC-030 | 칭찬 · 긍정</w:t>
      </w:r>
    </w:p>
    <w:p>
      <w:r>
        <w:t>원문 요지: 병동 간호사가 보호자 질문을 끝까지 들어 줘서 감사했어요.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VOC-031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VOC-032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VOC-033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VOC-034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VOC-035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VOC-036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VOC-037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VOC-038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VOC-039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VOC-040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VOC-041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VOC-042 | 불만 · 혼합</w:t>
      </w:r>
    </w:p>
    <w:p>
      <w:r>
        <w:t>원문 요지: 병동 간호사는 친절해서 고마웠지만, 설명이 짧아 다시 물어야 해서 답답했어요.</w:t>
      </w:r>
    </w:p>
    <w:p>
      <w:r>
        <w:t>회신 초안: 친절한 응대에 대한 감사와 설명이 부족해 답답하셨다는 의견을 함께 남겨 주셔서 감사합니다. 다시 질문해야 했던 불편을 잘 읽었습니다. 당시 안내 내용과 필요한 보완 사항은 담당자가 확인한 뒤 안내드릴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VOC-043 | 불만 · 부정 | 안전 우려 즉시 전달</w:t>
      </w:r>
    </w:p>
    <w:p>
      <w:r>
        <w:t>원문 요지: 병동 호출 버튼이 작동하지 않는 것 같아 도움을 요청하기 어려웠어요.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VOC-044 | 불만 · 부정 | 안전 우려 즉시 전달</w:t>
      </w:r>
    </w:p>
    <w:p>
      <w:r>
        <w:t>원문 요지: 병동 복도 바닥이 미끄러워 넘어질 뻔했어요. 간호사에게 알렸어요.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VOC-045 | 불만 · 부정 | 안전 우려 즉시 전달</w:t>
      </w:r>
    </w:p>
    <w:p>
      <w:r>
        <w:t>원문 요지: 병동 이동 통로에 물건이 놓여 있어 지나가기 어려웠어요.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VOC-046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VOC-047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VOC-048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VOC-049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VOC-050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VOC-051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VOC-052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VOC-053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VOC-054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VOC-055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VOC-056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VOC-057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VOC-058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VOC-059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VOC-060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VOC-061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VOC-062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VOC-063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VOC-064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VOC-065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VOC-066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VOC-067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VOC-068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VOC-069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VOC-070 | 불만 · 부정</w:t>
      </w:r>
    </w:p>
    <w:p>
      <w:r>
        <w:t>원문 요지: 병동에서 간호 설명을 한 번에 많이 들어 다시 물어보기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VOC-071 | 불만 · 부정</w:t>
      </w:r>
    </w:p>
    <w:p>
      <w:r>
        <w:t>원문 요지: 병동 호출 후 안내가 늦어 언제 도움을 받을 수 있는지 몰랐어요.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VOC-072 | 불만 · 부정</w:t>
      </w:r>
    </w:p>
    <w:p>
      <w:r>
        <w:t>원문 요지: 병동 간호 안내가 교대 때 달라서 혼란스러웠어요.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VOC-073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VOC-074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VOC-075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VOC-076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VOC-077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VOC-078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VOC-079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VOC-080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VOC-081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VOC-082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VOC-083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VOC-084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VOC-085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VOC-086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VOC-087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VOC-088 | 건의 · 중립</w:t>
      </w:r>
    </w:p>
    <w:p>
      <w:r>
        <w:t>원문 요지: 병동 간호 안내를 큰 글씨 종이로도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VOC-089 | 건의 · 중립</w:t>
      </w:r>
    </w:p>
    <w:p>
      <w:r>
        <w:t>원문 요지: 병동에서 간호사에게 질문할 시간을 안내해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VOC-090 | 건의 · 중립</w:t>
      </w:r>
    </w:p>
    <w:p>
      <w:r>
        <w:t>원문 요지: 병동 간호 설명 뒤 이해했는지 한 번 확인해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1"/>
      </w:pPr>
      <w:r>
        <w:t>외래운영팀 · 66건</w:t>
      </w:r>
    </w:p>
    <w:p>
      <w:pPr>
        <w:pStyle w:val="Heading2"/>
      </w:pPr>
      <w:r>
        <w:t>VOC-091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VOC-092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VOC-093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VOC-094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VOC-095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VOC-096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VOC-097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VOC-098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VOC-099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VOC-100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VOC-101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VOC-102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VOC-103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VOC-104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VOC-105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VOC-106 | 칭찬 · 긍정</w:t>
      </w:r>
    </w:p>
    <w:p>
      <w:r>
        <w:t>원문 요지: 외래 예약 변경 절차를 쉽게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VOC-107 | 칭찬 · 긍정</w:t>
      </w:r>
    </w:p>
    <w:p>
      <w:r>
        <w:t>원문 요지: 외래에서 기다리는 순서를 친절하게 설명해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VOC-108 | 칭찬 · 긍정</w:t>
      </w:r>
    </w:p>
    <w:p>
      <w:r>
        <w:t>원문 요지: 외래 안내 직원이 이동할 곳을 잘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VOC-109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VOC-110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VOC-111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VOC-112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VOC-113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VOC-114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VOC-115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VOC-116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VOC-117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VOC-118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VOC-119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VOC-120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VOC-121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VOC-122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VOC-123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VOC-124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VOC-125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VOC-126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VOC-127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VOC-128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VOC-129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VOC-130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VOC-131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VOC-132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VOC-133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VOC-134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VOC-135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VOC-136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VOC-137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VOC-138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VOC-139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VOC-140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VOC-141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VOC-142 | 불만 · 부정</w:t>
      </w:r>
    </w:p>
    <w:p>
      <w:r>
        <w:t>원문 요지: 외래 예약 시간보다 대기가 길었는데 지연 안내가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VOC-143 | 불만 · 부정</w:t>
      </w:r>
    </w:p>
    <w:p>
      <w:r>
        <w:t>원문 요지: 외래 예약 변경 방법을 안내받지 못해 여러 번 물었어요.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VOC-144 | 불만 · 부정</w:t>
      </w:r>
    </w:p>
    <w:p>
      <w:r>
        <w:t>원문 요지: 외래에서 다음 순서가 어디에 표시되는지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VOC-145 | 건의 · 중립</w:t>
      </w:r>
    </w:p>
    <w:p>
      <w:r>
        <w:t>원문 요지: 외래 대기 안내 글씨를 크게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VOC-146 | 건의 · 중립</w:t>
      </w:r>
    </w:p>
    <w:p>
      <w:r>
        <w:t>원문 요지: 외래 예약 변경 안내를 한 장으로 정리해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VOC-147 | 건의 · 중립</w:t>
      </w:r>
    </w:p>
    <w:p>
      <w:r>
        <w:t>원문 요지: 외래 대기 중 예상 순서를 알려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VOC-148 | 건의 · 중립</w:t>
      </w:r>
    </w:p>
    <w:p>
      <w:r>
        <w:t>원문 요지: 외래 대기 안내 글씨를 크게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VOC-149 | 건의 · 중립</w:t>
      </w:r>
    </w:p>
    <w:p>
      <w:r>
        <w:t>원문 요지: 외래 예약 변경 안내를 한 장으로 정리해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VOC-150 | 건의 · 중립</w:t>
      </w:r>
    </w:p>
    <w:p>
      <w:r>
        <w:t>원문 요지: 외래 대기 중 예상 순서를 알려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VOC-151 | 건의 · 중립</w:t>
      </w:r>
    </w:p>
    <w:p>
      <w:r>
        <w:t>원문 요지: 외래 대기 안내 글씨를 크게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VOC-152 | 건의 · 중립</w:t>
      </w:r>
    </w:p>
    <w:p>
      <w:r>
        <w:t>원문 요지: 외래 예약 변경 안내를 한 장으로 정리해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VOC-153 | 건의 · 중립</w:t>
      </w:r>
    </w:p>
    <w:p>
      <w:r>
        <w:t>원문 요지: 외래 대기 중 예상 순서를 알려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VOC-154 | 건의 · 중립</w:t>
      </w:r>
    </w:p>
    <w:p>
      <w:r>
        <w:t>원문 요지: 외래 대기 안내 글씨를 크게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VOC-155 | 건의 · 중립</w:t>
      </w:r>
    </w:p>
    <w:p>
      <w:r>
        <w:t>원문 요지: 외래 예약 변경 안내를 한 장으로 정리해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VOC-156 | 건의 · 중립</w:t>
      </w:r>
    </w:p>
    <w:p>
      <w:r>
        <w:t>원문 요지: 외래 대기 중 예상 순서를 알려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1"/>
      </w:pPr>
      <w:r>
        <w:t>원무팀 · 54건</w:t>
      </w:r>
    </w:p>
    <w:p>
      <w:pPr>
        <w:pStyle w:val="Heading2"/>
      </w:pPr>
      <w:r>
        <w:t>VOC-157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VOC-158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VOC-159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VOC-160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VOC-161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VOC-162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VOC-163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VOC-164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VOC-165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VOC-166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VOC-167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VOC-168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VOC-169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VOC-170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VOC-171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VOC-172 | 칭찬 · 긍정</w:t>
      </w:r>
    </w:p>
    <w:p>
      <w:r>
        <w:t>원문 요지: 원무 수납창구에서 필요한 서류를 알기 쉽게 안내해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VOC-173 | 칭찬 · 긍정</w:t>
      </w:r>
    </w:p>
    <w:p>
      <w:r>
        <w:t>원문 요지: 원무 접수 직원이 순서를 친절하게 알려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VOC-174 | 칭찬 · 긍정</w:t>
      </w:r>
    </w:p>
    <w:p>
      <w:r>
        <w:t>원문 요지: 원무팀의 서류 발급 안내가 차분해서 도움이 됐어요.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VOC-175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VOC-176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VOC-177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VOC-178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VOC-179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VOC-180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VOC-181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VOC-182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VOC-183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VOC-184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VOC-185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VOC-186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VOC-187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VOC-188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VOC-189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VOC-190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VOC-191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VOC-192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VOC-193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VOC-194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VOC-195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VOC-196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VOC-197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VOC-198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VOC-199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VOC-200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VOC-201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VOC-202 | 불만 · 부정</w:t>
      </w:r>
    </w:p>
    <w:p>
      <w:r>
        <w:t>원문 요지: 원무 수납 줄의 끝이 어딘지 안내가 없어 두 번 섰어요.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VOC-203 | 불만 · 부정</w:t>
      </w:r>
    </w:p>
    <w:p>
      <w:r>
        <w:t>원문 요지: 원무 서류 발급 안내가 달라서 창구를 다시 방문했어요.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VOC-204 | 불만 · 부정</w:t>
      </w:r>
    </w:p>
    <w:p>
      <w:r>
        <w:t>원문 요지: 원무 접수 안내 종이의 글씨가 작아 읽기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VOC-205 | 건의 · 중립</w:t>
      </w:r>
    </w:p>
    <w:p>
      <w:r>
        <w:t>원문 요지: 원무 서류 발급에 필요한 준비물을 한 장으로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VOC-206 | 건의 · 중립</w:t>
      </w:r>
    </w:p>
    <w:p>
      <w:r>
        <w:t>원문 요지: 원무 수납 대기줄 표지를 더 잘 보이게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VOC-207 | 건의 · 중립</w:t>
      </w:r>
    </w:p>
    <w:p>
      <w:r>
        <w:t>원문 요지: 원무 접수와 수납의 차이를 쉽게 적어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VOC-208 | 건의 · 중립</w:t>
      </w:r>
    </w:p>
    <w:p>
      <w:r>
        <w:t>원문 요지: 원무 서류 발급에 필요한 준비물을 한 장으로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VOC-209 | 건의 · 중립</w:t>
      </w:r>
    </w:p>
    <w:p>
      <w:r>
        <w:t>원문 요지: 원무 수납 대기줄 표지를 더 잘 보이게 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VOC-210 | 건의 · 중립</w:t>
      </w:r>
    </w:p>
    <w:p>
      <w:r>
        <w:t>원문 요지: 원무 접수와 수납의 차이를 쉽게 적어 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1"/>
      </w:pPr>
      <w:r>
        <w:t>시설관리팀 · 42건</w:t>
      </w:r>
    </w:p>
    <w:p>
      <w:pPr>
        <w:pStyle w:val="Heading2"/>
      </w:pPr>
      <w:r>
        <w:t>VOC-211 | 칭찬 · 긍정</w:t>
      </w:r>
    </w:p>
    <w:p>
      <w:r>
        <w:t>원문 요지: 병원 시설 직원이 이동 동선을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VOC-212 | 칭찬 · 긍정</w:t>
      </w:r>
    </w:p>
    <w:p>
      <w:r>
        <w:t>원문 요지: 병원 휴게 공간이 깔끔하게 관리돼서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VOC-213 | 칭찬 · 긍정</w:t>
      </w:r>
    </w:p>
    <w:p>
      <w:r>
        <w:t>원문 요지: 병원 시설 안내 표지가 눈에 잘 보여 편했어요.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VOC-214 | 칭찬 · 긍정</w:t>
      </w:r>
    </w:p>
    <w:p>
      <w:r>
        <w:t>원문 요지: 병원 시설 직원이 이동 동선을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VOC-215 | 칭찬 · 긍정</w:t>
      </w:r>
    </w:p>
    <w:p>
      <w:r>
        <w:t>원문 요지: 병원 휴게 공간이 깔끔하게 관리돼서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VOC-216 | 칭찬 · 긍정</w:t>
      </w:r>
    </w:p>
    <w:p>
      <w:r>
        <w:t>원문 요지: 병원 시설 안내 표지가 눈에 잘 보여 편했어요.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VOC-217 | 불만 · 부정 | 안전 우려 즉시 전달</w:t>
      </w:r>
    </w:p>
    <w:p>
      <w:r>
        <w:t>원문 요지: 병원 시설 구역의 바닥이 젖어 있어 미끄러질 뻔했어요.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VOC-218 | 불만 · 부정 | 안전 우려 즉시 전달</w:t>
      </w:r>
    </w:p>
    <w:p>
      <w:r>
        <w:t>원문 요지: 병원 시설의 손잡이가 흔들려 이동할 때 불안했어요.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VOC-219 | 불만 · 부정 | 안전 우려 즉시 전달</w:t>
      </w:r>
    </w:p>
    <w:p>
      <w:r>
        <w:t>원문 요지: 병원 시설의 이동 통로에 전선이 놓여 있어 걸릴 뻔했어요.</w:t>
      </w:r>
    </w:p>
    <w:p>
      <w:r>
        <w:t>회신 초안: 이용 중 안전에 대한 우려로 불안하셨다는 의견을 잘 읽었습니다. 관련 상황과 필요한 안내는 담당자가 즉시 확인해야 합니다. 안전 조치의 필요성·완료 여부는 이 초안에서 단정하지 않습니다.</w:t>
      </w:r>
    </w:p>
    <w:p>
      <w:r>
        <w:t>발송 전 확인: 당시 상황·안내 사실·담당부서·문장 적절성·연락 가능 여부·안전 담당자 전달 및 접수 여부 | 승인: 미확정 | 발송: 하지 않음</w:t>
      </w:r>
    </w:p>
    <w:p>
      <w:pPr>
        <w:pStyle w:val="Heading2"/>
      </w:pPr>
      <w:r>
        <w:t>VOC-220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VOC-221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VOC-222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VOC-223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VOC-224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VOC-225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VOC-226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VOC-227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VOC-228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VOC-229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VOC-230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VOC-231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VOC-232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VOC-233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VOC-234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VOC-235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VOC-236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VOC-237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VOC-238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VOC-239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VOC-240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VOC-241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VOC-242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VOC-243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VOC-244 | 불만 · 부정</w:t>
      </w:r>
    </w:p>
    <w:p>
      <w:r>
        <w:t>원문 요지: 병원 복도 안내 표지가 가려져 길을 찾기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VOC-245 | 불만 · 부정</w:t>
      </w:r>
    </w:p>
    <w:p>
      <w:r>
        <w:t>원문 요지: 병원 휴게 공간 의자가 불편해 오래 앉기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VOC-246 | 불만 · 부정</w:t>
      </w:r>
    </w:p>
    <w:p>
      <w:r>
        <w:t>원문 요지: 병원 화장실 위치 표지가 작아서 여러 번 돌아다녔어요.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VOC-247 | 건의 · 중립</w:t>
      </w:r>
    </w:p>
    <w:p>
      <w:r>
        <w:t>원문 요지: 병원 시설 안내 표지를 눈높이에 맞추면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VOC-248 | 건의 · 중립</w:t>
      </w:r>
    </w:p>
    <w:p>
      <w:r>
        <w:t>원문 요지: 병원 이동 동선에 쉬어 갈 의자가 더 있으면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VOC-249 | 건의 · 중립</w:t>
      </w:r>
    </w:p>
    <w:p>
      <w:r>
        <w:t>원문 요지: 병원 시설 위치를 큰 글씨로 안내하면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VOC-250 | 건의 · 중립</w:t>
      </w:r>
    </w:p>
    <w:p>
      <w:r>
        <w:t>원문 요지: 병원 시설 안내 표지를 눈높이에 맞추면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VOC-251 | 건의 · 중립</w:t>
      </w:r>
    </w:p>
    <w:p>
      <w:r>
        <w:t>원문 요지: 병원 이동 동선에 쉬어 갈 의자가 더 있으면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VOC-252 | 건의 · 중립</w:t>
      </w:r>
    </w:p>
    <w:p>
      <w:r>
        <w:t>원문 요지: 병원 시설 위치를 큰 글씨로 안내하면 좋겠어요.</w:t>
      </w:r>
    </w:p>
    <w:p>
      <w:r>
        <w:t>회신 초안: 더 편리한 이용을 위한 제안을 남겨 주셔서 감사합니다. 말씀해 주신 개선 제안을 잘 읽었습니다. 적용 가능 여부와 안내할 수 있는 내용은 담당 부서에서 확인이 필요합니다.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1"/>
      </w:pPr>
      <w:r>
        <w:t>복지운영팀 · 36건</w:t>
      </w:r>
    </w:p>
    <w:p>
      <w:pPr>
        <w:pStyle w:val="Heading2"/>
      </w:pPr>
      <w:r>
        <w:t>VOC-253 | 칭찬 · 긍정</w:t>
      </w:r>
    </w:p>
    <w:p>
      <w:r>
        <w:t>원문 요지: JJ복지관 프로그램 참여 방법을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VOC-254 | 칭찬 · 긍정</w:t>
      </w:r>
    </w:p>
    <w:p>
      <w:r>
        <w:t>원문 요지: JJ복지관 담당자가 신청 순서를 천천히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VOC-255 | 칭찬 · 긍정</w:t>
      </w:r>
    </w:p>
    <w:p>
      <w:r>
        <w:t>원문 요지: JJ복지관 프로그램 안내문이 쉬워서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VOC-256 | 칭찬 · 긍정</w:t>
      </w:r>
    </w:p>
    <w:p>
      <w:r>
        <w:t>원문 요지: JJ복지관 프로그램 참여 방법을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VOC-257 | 칭찬 · 긍정</w:t>
      </w:r>
    </w:p>
    <w:p>
      <w:r>
        <w:t>원문 요지: JJ복지관 담당자가 신청 순서를 천천히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VOC-258 | 칭찬 · 긍정</w:t>
      </w:r>
    </w:p>
    <w:p>
      <w:r>
        <w:t>원문 요지: JJ복지관 프로그램 안내문이 쉬워서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VOC-259 | 칭찬 · 긍정</w:t>
      </w:r>
    </w:p>
    <w:p>
      <w:r>
        <w:t>원문 요지: JJ복지관 프로그램 참여 방법을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VOC-260 | 칭찬 · 긍정</w:t>
      </w:r>
    </w:p>
    <w:p>
      <w:r>
        <w:t>원문 요지: JJ복지관 담당자가 신청 순서를 천천히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VOC-261 | 칭찬 · 긍정</w:t>
      </w:r>
    </w:p>
    <w:p>
      <w:r>
        <w:t>원문 요지: JJ복지관 프로그램 안내문이 쉬워서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VOC-262 | 칭찬 · 긍정</w:t>
      </w:r>
    </w:p>
    <w:p>
      <w:r>
        <w:t>원문 요지: JJ복지관 프로그램 참여 방법을 친절하게 알려 줬어요.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VOC-263 | 칭찬 · 긍정</w:t>
      </w:r>
    </w:p>
    <w:p>
      <w:r>
        <w:t>원문 요지: JJ복지관 담당자가 신청 순서를 천천히 설명해 줘서 고마웠어요.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VOC-264 | 칭찬 · 긍정</w:t>
      </w:r>
    </w:p>
    <w:p>
      <w:r>
        <w:t>원문 요지: JJ복지관 프로그램 안내문이 쉬워서 좋았어요.</w:t>
      </w:r>
    </w:p>
    <w:p>
      <w:r>
        <w:t>회신 초안: 따뜻한 의견을 남겨 주셔서 감사합니다. 긍정적인 이용 경험을 전해 주신 뜻을 잘 읽었습니다. 담당자가 내용을 확인한 뒤 관련 부서에 감사 의견을 전달할 수 있도록 검토하겠습니다.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VOC-265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VOC-266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VOC-267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VOC-268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VOC-269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VOC-270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VOC-271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VOC-272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VOC-273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VOC-274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VOC-275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VOC-276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VOC-277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VOC-278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VOC-279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VOC-280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VOC-281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VOC-282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VOC-283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VOC-284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VOC-285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VOC-286 | 불만 · 부정</w:t>
      </w:r>
    </w:p>
    <w:p>
      <w:r>
        <w:t>원문 요지: JJ복지관 프로그램 시간이 바뀌었는데 안내를 못 받았어요.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VOC-287 | 불만 · 부정</w:t>
      </w:r>
    </w:p>
    <w:p>
      <w:r>
        <w:t>원문 요지: JJ복지관 신청 안내의 글씨가 작아 이해하기 어려웠어요.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VOC-288 | 불만 · 부정</w:t>
      </w:r>
    </w:p>
    <w:p>
      <w:r>
        <w:t>원문 요지: JJ복지관에서 프로그램 대기 순서를 알 수 없었어요.</w:t>
      </w:r>
    </w:p>
    <w:p>
      <w:r>
        <w:t>회신 초안: 이용 과정에서 불편을 겪으셨다는 의견을 잘 읽었습니다. 말씀하신 상황과 관련 내용을 담당자가 확인한 뒤 안내드릴 수 있도록 검토하겠습니다. 아직 확인되지 않은 원인이나 개선 완료를 단정하지 않겠습니다.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1"/>
      </w:pPr>
      <w:r>
        <w:t>확인 필요 · 12건</w:t>
      </w:r>
    </w:p>
    <w:p>
      <w:pPr>
        <w:pStyle w:val="Heading2"/>
      </w:pPr>
      <w:r>
        <w:t>VOC-289 | 확인 필요 · 판단보류</w:t>
      </w:r>
    </w:p>
    <w:p>
      <w:r>
        <w:t>원문 요지: (원문 빈칸 — 내용 보완 필요)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VOC-290 | 확인 필요 · 판단보류</w:t>
      </w:r>
    </w:p>
    <w:p>
      <w:r>
        <w:t>원문 요지: (원문 빈칸 — 내용 보완 필요)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VOC-291 | 확인 필요 · 판단보류</w:t>
      </w:r>
    </w:p>
    <w:p>
      <w:r>
        <w:t>원문 요지: (원문 빈칸 — 내용 보완 필요)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VOC-292 | 확인 필요 · 판단보류</w:t>
      </w:r>
    </w:p>
    <w:p>
      <w:r>
        <w:t>원문 요지: (원문 빈칸 — 내용 보완 필요)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VOC-293 | 확인 필요 · 판단보류</w:t>
      </w:r>
    </w:p>
    <w:p>
      <w:r>
        <w:t>원문 요지: 확인 부탁해요.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VOC-294 | 확인 필요 · 판단보류</w:t>
      </w:r>
    </w:p>
    <w:p>
      <w:r>
        <w:t>원문 요지: 다시 안내해 주세요.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VOC-295 | 확인 필요 · 판단보류</w:t>
      </w:r>
    </w:p>
    <w:p>
      <w:r>
        <w:t>원문 요지: 잘 모르겠어요.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VOC-296 | 확인 필요 · 판단보류</w:t>
      </w:r>
    </w:p>
    <w:p>
      <w:r>
        <w:t>원문 요지: 내용을 더 적고 싶어요.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VOC-297 | 확인 필요 · 판단보류</w:t>
      </w:r>
    </w:p>
    <w:p>
      <w:r>
        <w:t>원문 요지: 확인 부탁해요.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VOC-298 | 확인 필요 · 판단보류</w:t>
      </w:r>
    </w:p>
    <w:p>
      <w:r>
        <w:t>원문 요지: 다시 안내해 주세요.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VOC-299 | 확인 필요 · 판단보류</w:t>
      </w:r>
    </w:p>
    <w:p>
      <w:r>
        <w:t>원문 요지: 잘 모르겠어요.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p>
      <w:pPr>
        <w:pStyle w:val="Heading2"/>
      </w:pPr>
      <w:r>
        <w:t>VOC-300 | 확인 필요 · 판단보류</w:t>
      </w:r>
    </w:p>
    <w:p>
      <w:r>
        <w:t>원문 요지: 내용을 더 적고 싶어요.</w:t>
      </w:r>
    </w:p>
    <w:p>
      <w:r>
        <w:t>내부 검토: 내부 보완 질문: 어느 장소에서 어떤 점이 불편했거나 좋았는지 조금 더 알려 주실 수 있을까요? 연락 가능 여부와 추가 문의 필요성은 담당자가 확인합니다.</w:t>
      </w:r>
    </w:p>
    <w:p>
      <w:r>
        <w:t>발송 전 확인: 당시 상황·안내 사실·담당부서·문장 적절성·연락 가능 여부 | 승인: 미확정 | 발송: 하지 않음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예시 · 담당자 검토 전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JJ병원·JJ복지관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