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쉬운 말 퇴원 안내문 · 결과 예시</w:t>
      </w:r>
    </w:p>
    <w:p>
      <w:r>
        <w:t>교육 영상 시연용 가상 자료 | JJ병원(가상, 300병상 종합병원·JJ복지관 운영)</w:t>
      </w:r>
    </w:p>
    <w:p>
      <w:r>
        <w:t>가람 님(가명)의 집에서 보는 퇴원 안내 초안. 의료진 검토 전 초안 · 환자 배부 금지</w:t>
      </w:r>
    </w:p>
    <w:p>
      <w:r>
        <w:t>왜 입원했나요? 폐렴은 폐에 염증이 생긴 상태입니다. 이 가상 사례에서는 열과 기침으로 입원해 치료를 받았습니다. 기록상 열·기침이 줄었고 산소 투여를 끝냈습니다. 완전히 나았다고 단정하지 않습니다.</w:t>
      </w:r>
    </w:p>
    <w:p>
      <w:r>
        <w:t>약은 어떻게 먹나요? 아래 A정·B정은 교육용 가상 약이며 실제 복용 지시가 아닙니다. 최신 확정 처방의 이름·함량·횟수·날짜를 그대로 옮긴 예시입니다.</w:t>
      </w:r>
    </w:p>
    <w:p>
      <w:r>
        <w:t>교육용 A정 500mg: 한 번에 1정, 아침·저녁 식후. 2026-11-06 아침부터 11-08 저녁까지 3일, 총 6정. 퇴원일 아침부터 지급 수량에 포함합니다.</w:t>
      </w:r>
    </w:p>
    <w:p>
      <w:r>
        <w:t>교육용 B정 100mg: 한 번에 1정, 아침 식후. 2026-11-06부터 11-12까지 7일, 총 7정. C시럽은 중단합니다. D주사는 집에서 맞는 약이 아닙니다.</w:t>
      </w:r>
    </w:p>
    <w:p>
      <w:r>
        <w:t>무엇을 조심하나요? 의료진과 상의 없이 약을 더 먹거나 기간을 바꾸지 마세요. 숨이 몹시 차거나 의식이 흐려지면 즉시 119 또는 응급실로 가세요. 열이나 기침이 다시 심해지면 의료진에게 연락해 상담하세요.</w:t>
      </w:r>
    </w:p>
    <w:p>
      <w:r>
        <w:t>언제 다시 오나요? 2026-11-13 10:00, JJ병원 호흡기내과 외래. 건물·층 (확인 필요). 연락할 승인 전화번호 (확인 필요).</w:t>
      </w:r>
    </w:p>
    <w:p>
      <w:r>
        <w:t>돌봄은 정해졌나요? JJ복지관 방문간호는 아직 정해지지 않았습니다. 동의와 예약 (확인 필요). 이미 신청되었다고 생각하지 마세요.</w:t>
      </w:r>
    </w:p>
    <w:p>
      <w:r>
        <w:t>설명 후 확인: 약 먹는 때, 바로 도움받을 증상, 외래 날짜를 자기 말로 다시 이야기해 주세요. 미확정 항목을 해결하고 의료진이 확인하기 전에는 배부하지 않습니다.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실제 진료·처방에 사용하지 않음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