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수술·검사 동의서와 안내문을 환자가 이해하기 쉬운 말로 바꾸기</w:t>
      </w:r>
    </w:p>
    <w:p>
      <w:r>
        <w:t>교육 영상 시연용 가상 자료 | JJ병원(가상, 300병상 종합병원·JJ복지관 운영)</w:t>
      </w:r>
    </w:p>
    <w:p>
      <w:r>
        <w:t>적용 기준: 한 문장에는 한 가지 행동. 병명은 원래 말을 남기고 짧게 뜻을 설명한다. 약 이름·함량·횟수·날짜는 바꾸지 않는다. 약 중단과 응급 행동을 눈에 띄게 둔다.</w:t>
      </w:r>
    </w:p>
    <w:p>
      <w:r>
        <w:t>예: 호흡곤란 → 숨이 차거나 숨쉬기 어려움 / 외래 추적 → 정해진 날 병원에 다시 오기 / 임의 중단 금지 → 의료진과 상의 없이 약을 끊지 마세요.</w:t>
      </w:r>
    </w:p>
    <w:p>
      <w:r>
        <w:t>이해 확인: 설명 후 환자가 약 먹는 때, 즉시 도움받을 증상, 외래 날짜를 자기 말로 다시 설명하게 한다. 쉬운 말로 바꾸면서 긴급성을 약하게 만들지 않는다.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실제 진료·처방에 사용하지 않음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