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검토 기준과 결과 대조표</w:t>
      </w:r>
    </w:p>
    <w:p>
      <w:r>
        <w:t>교육 영상 시연용 가상 자료 | JJ병원(가상, 300병상 종합병원·JJ복지관 운영)</w:t>
      </w:r>
    </w:p>
    <w:p>
      <w:r>
        <w:t>최신 의사 확정 처방을 기준으로 삼되, 충돌이 해결되지 않으면 의료진에게 확인한다. 날짜가 최신이라는 이유만으로 진료 판단을 새로 하지 않는다.</w:t>
      </w:r>
    </w:p>
    <w:p>
      <w:r>
        <w:t>검사 수치·배양 결과·약의 실제 성분·회복 보장·방문간호 신청 완료를 만들지 않는다. A정·B정은 교육용 가상 약이다.</w:t>
      </w:r>
    </w:p>
    <w:p>
      <w:r>
        <w:t>실제 환자 자료는 이름·주민번호·연락처·주소·환자번호 및 문서 속 식별 단서를 가리고 기관 규정을 먼저 확인한다. 가명 처리만으로 외부 전송이 허용되는 것은 아니다.</w:t>
      </w:r>
    </w:p>
    <w:p>
      <w:r>
        <w:t>시간 절감은 실측이 아닌 교육용 예시: 기존 정리·확인 30분, AI 초안과 의료진 검수 18분으로 가정하면 1건 차이 12분. 하루 10건이면 120분. 실제 효과는 직접 측정해야 한다.</w:t>
      </w:r>
    </w:p>
    <w:p>
      <w:r>
        <w:t>검토 순서: 주치의가 진단·치료경과·처방을 확인 → 병동 간호사가 복약·외래·연락처와 이해를 확인 → 승인된 체계에서 확정본 배부. 실제 환자 자료를 개인 메신저로 전송하지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기대 내용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상태</w:t>
            </w:r>
          </w:p>
        </w:tc>
      </w:tr>
      <w:tr>
        <w:tc>
          <w:tcPr>
            <w:tcW w:type="dxa" w:w="2160"/>
          </w:tcPr>
          <w:p>
            <w:r>
              <w:t>환자·기간</w:t>
            </w:r>
          </w:p>
        </w:tc>
        <w:tc>
          <w:tcPr>
            <w:tcW w:type="dxa" w:w="2160"/>
          </w:tcPr>
          <w:p>
            <w:r>
              <w:t>가람(가명), 11/02~11/06</w:t>
            </w:r>
          </w:p>
        </w:tc>
        <w:tc>
          <w:tcPr>
            <w:tcW w:type="dxa" w:w="2160"/>
          </w:tcPr>
          <w:p>
            <w:r>
              <w:t>입원기록 N01·N08</w:t>
            </w:r>
          </w:p>
        </w:tc>
        <w:tc>
          <w:tcPr>
            <w:tcW w:type="dxa" w:w="2160"/>
          </w:tcPr>
          <w:p>
            <w:r>
              <w:t>확인</w:t>
            </w:r>
          </w:p>
        </w:tc>
      </w:tr>
      <w:tr>
        <w:tc>
          <w:tcPr>
            <w:tcW w:type="dxa" w:w="2160"/>
          </w:tcPr>
          <w:p>
            <w:r>
              <w:t>기록행</w:t>
            </w:r>
          </w:p>
        </w:tc>
        <w:tc>
          <w:tcPr>
            <w:tcW w:type="dxa" w:w="2160"/>
          </w:tcPr>
          <w:p>
            <w:r>
              <w:t>9행 - 중복 1행 = 고유 8행</w:t>
            </w:r>
          </w:p>
        </w:tc>
        <w:tc>
          <w:tcPr>
            <w:tcW w:type="dxa" w:w="2160"/>
          </w:tcPr>
          <w:p>
            <w:r>
              <w:t>입원기록 N06</w:t>
            </w:r>
          </w:p>
        </w:tc>
        <w:tc>
          <w:tcPr>
            <w:tcW w:type="dxa" w:w="2160"/>
          </w:tcPr>
          <w:p>
            <w:r>
              <w:t>확인</w:t>
            </w:r>
          </w:p>
        </w:tc>
      </w:tr>
      <w:tr>
        <w:tc>
          <w:tcPr>
            <w:tcW w:type="dxa" w:w="2160"/>
          </w:tcPr>
          <w:p>
            <w:r>
              <w:t>유효 퇴원약</w:t>
            </w:r>
          </w:p>
        </w:tc>
        <w:tc>
          <w:tcPr>
            <w:tcW w:type="dxa" w:w="2160"/>
          </w:tcPr>
          <w:p>
            <w:r>
              <w:t>교육용 A정·B정 2종만</w:t>
            </w:r>
          </w:p>
        </w:tc>
        <w:tc>
          <w:tcPr>
            <w:tcW w:type="dxa" w:w="2160"/>
          </w:tcPr>
          <w:p>
            <w:r>
              <w:t>최신확정_1106 RX-A·RX-B</w:t>
            </w:r>
          </w:p>
        </w:tc>
        <w:tc>
          <w:tcPr>
            <w:tcW w:type="dxa" w:w="2160"/>
          </w:tcPr>
          <w:p>
            <w:r>
              <w:t>확인</w:t>
            </w:r>
          </w:p>
        </w:tc>
      </w:tr>
      <w:tr>
        <w:tc>
          <w:tcPr>
            <w:tcW w:type="dxa" w:w="2160"/>
          </w:tcPr>
          <w:p>
            <w:r>
              <w:t>A정 수량</w:t>
            </w:r>
          </w:p>
        </w:tc>
        <w:tc>
          <w:tcPr>
            <w:tcW w:type="dxa" w:w="2160"/>
          </w:tcPr>
          <w:p>
            <w:r>
              <w:t>1정 × 하루 2회 × 3일 = 6정</w:t>
            </w:r>
          </w:p>
        </w:tc>
        <w:tc>
          <w:tcPr>
            <w:tcW w:type="dxa" w:w="2160"/>
          </w:tcPr>
          <w:p>
            <w:r>
              <w:t>최신확정_1106 RX-A</w:t>
            </w:r>
          </w:p>
        </w:tc>
        <w:tc>
          <w:tcPr>
            <w:tcW w:type="dxa" w:w="2160"/>
          </w:tcPr>
          <w:p>
            <w:r>
              <w:t>확인</w:t>
            </w:r>
          </w:p>
        </w:tc>
      </w:tr>
      <w:tr>
        <w:tc>
          <w:tcPr>
            <w:tcW w:type="dxa" w:w="2160"/>
          </w:tcPr>
          <w:p>
            <w:r>
              <w:t>B정 수량</w:t>
            </w:r>
          </w:p>
        </w:tc>
        <w:tc>
          <w:tcPr>
            <w:tcW w:type="dxa" w:w="2160"/>
          </w:tcPr>
          <w:p>
            <w:r>
              <w:t>1정 × 하루 1회 × 7일 = 7정</w:t>
            </w:r>
          </w:p>
        </w:tc>
        <w:tc>
          <w:tcPr>
            <w:tcW w:type="dxa" w:w="2160"/>
          </w:tcPr>
          <w:p>
            <w:r>
              <w:t>최신확정_1106 RX-B</w:t>
            </w:r>
          </w:p>
        </w:tc>
        <w:tc>
          <w:tcPr>
            <w:tcW w:type="dxa" w:w="2160"/>
          </w:tcPr>
          <w:p>
            <w:r>
              <w:t>확인</w:t>
            </w:r>
          </w:p>
        </w:tc>
      </w:tr>
      <w:tr>
        <w:tc>
          <w:tcPr>
            <w:tcW w:type="dxa" w:w="2160"/>
          </w:tcPr>
          <w:p>
            <w:r>
              <w:t>외래</w:t>
            </w:r>
          </w:p>
        </w:tc>
        <w:tc>
          <w:tcPr>
            <w:tcW w:type="dxa" w:w="2160"/>
          </w:tcPr>
          <w:p>
            <w:r>
              <w:t>2026-11-13 10:00 호흡기내과</w:t>
            </w:r>
          </w:p>
        </w:tc>
        <w:tc>
          <w:tcPr>
            <w:tcW w:type="dxa" w:w="2160"/>
          </w:tcPr>
          <w:p>
            <w:r>
              <w:t>예약돌봄 R01</w:t>
            </w:r>
          </w:p>
        </w:tc>
        <w:tc>
          <w:tcPr>
            <w:tcW w:type="dxa" w:w="2160"/>
          </w:tcPr>
          <w:p>
            <w:r>
              <w:t>건물·층 확인 필요</w:t>
            </w:r>
          </w:p>
        </w:tc>
      </w:tr>
      <w:tr>
        <w:tc>
          <w:tcPr>
            <w:tcW w:type="dxa" w:w="2160"/>
          </w:tcPr>
          <w:p>
            <w:r>
              <w:t>돌봄</w:t>
            </w:r>
          </w:p>
        </w:tc>
        <w:tc>
          <w:tcPr>
            <w:tcW w:type="dxa" w:w="2160"/>
          </w:tcPr>
          <w:p>
            <w:r>
              <w:t>방문간호 동의·예약 미확정</w:t>
            </w:r>
          </w:p>
        </w:tc>
        <w:tc>
          <w:tcPr>
            <w:tcW w:type="dxa" w:w="2160"/>
          </w:tcPr>
          <w:p>
            <w:r>
              <w:t>예약돌봄 R02</w:t>
            </w:r>
          </w:p>
        </w:tc>
        <w:tc>
          <w:tcPr>
            <w:tcW w:type="dxa" w:w="2160"/>
          </w:tcPr>
          <w:p>
            <w:r>
              <w:t>확인 필요</w:t>
            </w:r>
          </w:p>
        </w:tc>
      </w:tr>
      <w:tr>
        <w:tc>
          <w:tcPr>
            <w:tcW w:type="dxa" w:w="2160"/>
          </w:tcPr>
          <w:p>
            <w:r>
              <w:t>연락처</w:t>
            </w:r>
          </w:p>
        </w:tc>
        <w:tc>
          <w:tcPr>
            <w:tcW w:type="dxa" w:w="2160"/>
          </w:tcPr>
          <w:p>
            <w:r>
              <w:t>승인 연락처 미제공</w:t>
            </w:r>
          </w:p>
        </w:tc>
        <w:tc>
          <w:tcPr>
            <w:tcW w:type="dxa" w:w="2160"/>
          </w:tcPr>
          <w:p>
            <w:r>
              <w:t>예약돌봄 R04</w:t>
            </w:r>
          </w:p>
        </w:tc>
        <w:tc>
          <w:tcPr>
            <w:tcW w:type="dxa" w:w="2160"/>
          </w:tcPr>
          <w:p>
            <w:r>
              <w:t>확인 필요</w:t>
            </w:r>
          </w:p>
        </w:tc>
      </w:tr>
      <w:tr>
        <w:tc>
          <w:tcPr>
            <w:tcW w:type="dxa" w:w="2160"/>
          </w:tcPr>
          <w:p>
            <w:r>
              <w:t>긴급 행동</w:t>
            </w:r>
          </w:p>
        </w:tc>
        <w:tc>
          <w:tcPr>
            <w:tcW w:type="dxa" w:w="2160"/>
          </w:tcPr>
          <w:p>
            <w:r>
              <w:t>몹시 숨참·의식 흐림 → 119 또는 응급실</w:t>
            </w:r>
          </w:p>
        </w:tc>
        <w:tc>
          <w:tcPr>
            <w:tcW w:type="dxa" w:w="2160"/>
          </w:tcPr>
          <w:p>
            <w:r>
              <w:t>예약돌봄 R03</w:t>
            </w:r>
          </w:p>
        </w:tc>
        <w:tc>
          <w:tcPr>
            <w:tcW w:type="dxa" w:w="2160"/>
          </w:tcPr>
          <w:p>
            <w:r>
              <w:t>원문 유지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