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근무 중 간호 메모를 다음 근무조 인수인계(SBAR) 요약으로 만들기</w:t>
      </w:r>
    </w:p>
    <w:p>
      <w:r>
        <w:t>교육 영상 시연용 가상 자료 | JJ병원(가상, 300병상 종합병원·JJ복지관 운영)</w:t>
      </w:r>
    </w:p>
    <w:p>
      <w:r>
        <w:t>S 현재 상황: 환자 가람(가명), 2026-11-06 퇴원 예정. 복약·외래 안내 확인 필요.</w:t>
      </w:r>
    </w:p>
    <w:p>
      <w:r>
        <w:t>B 배경: 가상 폐렴 입원. 교육용 B정 기존 복용. C시럽은 최신 처방에서 중단.</w:t>
      </w:r>
    </w:p>
    <w:p>
      <w:r>
        <w:t>A 관찰: 11/06 07:00 호흡곤란 호소 없음, 보행·식사 가능. 의료진 진단을 대신하지 않음.</w:t>
      </w:r>
    </w:p>
    <w:p>
      <w:r>
        <w:t>R 요청: 최신 퇴원처방 확인, 외래 건물·층 확인, 방문간호 연계 동의·예약 확인, 승인 연락처 확인. 인수인계의 요청은 확정 사실이 아니다.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실제 진료·처방에 사용하지 않음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