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SBAR 인수인계 · 결과 예시</w:t>
      </w:r>
    </w:p>
    <w:p>
      <w:r>
        <w:t>교육 영상 시연용 가상 자료 | JJ병원(가상, 300병상 종합병원·JJ복지관 운영)</w:t>
      </w:r>
    </w:p>
    <w:p>
      <w:pPr>
        <w:pStyle w:val="Heading1"/>
      </w:pPr>
      <w:r>
        <w:t>가온 · 환자 가명</w:t>
      </w:r>
    </w:p>
    <w:p>
      <w:r>
        <w:t>2026-11-06 / 08:00~13:30 기록 기준 / 다음 근무조 전달용</w:t>
      </w:r>
    </w:p>
    <w:p>
      <w:pPr>
        <w:pStyle w:val="Heading2"/>
      </w:pPr>
      <w:r>
        <w:t>S · 상황</w:t>
      </w:r>
    </w:p>
    <w:p>
      <w:r>
        <w:t>폐렴으로 입원 중. 10:00 체온 38.1℃ → 12:00 37.5℃. 10:10 담당의 보고 완료. [N01·N02, V01·V02]</w:t>
      </w:r>
    </w:p>
    <w:p>
      <w:pPr>
        <w:pStyle w:val="Heading2"/>
      </w:pPr>
      <w:r>
        <w:t>B · 배경</w:t>
      </w:r>
    </w:p>
    <w:p>
      <w:r>
        <w:t>약물 알레르기 없음으로 기록됨. 11:00 아세트아미노펜 500 mg 경구 투여 완료(기존 처방). [N01, M01]</w:t>
      </w:r>
    </w:p>
    <w:p>
      <w:pPr>
        <w:pStyle w:val="Heading2"/>
      </w:pPr>
      <w:r>
        <w:t>A · 평가</w:t>
      </w:r>
    </w:p>
    <w:p>
      <w:r>
        <w:t>간호사 기록: 의식 명료, 호흡곤란 호소 없음. 12:00 혈압 116/70 mmHg, 맥박 88회/분, 호흡 18회/분, 체온 37.5℃, 산소포화도 97%(실내공기). [N03, V02]</w:t>
      </w:r>
    </w:p>
    <w:p>
      <w:pPr>
        <w:pStyle w:val="Heading2"/>
      </w:pPr>
      <w:r>
        <w:t>R · 요청</w:t>
      </w:r>
    </w:p>
    <w:p>
      <w:r>
        <w:t>다음 근무조: 14:00 예정 일반혈액검사 결과 확인(아직 미제공·확인 필요). 기존 계획의 15:00 활력징후 재측정 인계. [N04]</w:t>
      </w:r>
    </w:p>
    <w:p>
      <w:r>
        <w:t>담당 간호사 확인 전 초안 · 실제 환자 확인과 최종 판단은 승인된 병원 체계에서 담당자가 수행합니다.</w:t>
      </w:r>
    </w:p>
    <w:p>
      <w:r>
        <w:br w:type="page"/>
      </w:r>
    </w:p>
    <w:p>
      <w:pPr>
        <w:pStyle w:val="Heading1"/>
      </w:pPr>
      <w:r>
        <w:t>나래 · 환자 가명</w:t>
      </w:r>
    </w:p>
    <w:p>
      <w:r>
        <w:t>2026-11-06 / 08:00~13:30 기록 기준 / 다음 근무조 전달용</w:t>
      </w:r>
    </w:p>
    <w:p>
      <w:pPr>
        <w:pStyle w:val="Heading2"/>
      </w:pPr>
      <w:r>
        <w:t>S · 상황</w:t>
      </w:r>
    </w:p>
    <w:p>
      <w:r>
        <w:t>복강경 담낭절제술 후 1일째. 09:00 통증 NRS 4점 → 11:00 2점. [N05·N06·N07]</w:t>
      </w:r>
    </w:p>
    <w:p>
      <w:pPr>
        <w:pStyle w:val="Heading2"/>
      </w:pPr>
      <w:r>
        <w:t>B · 배경</w:t>
      </w:r>
    </w:p>
    <w:p>
      <w:r>
        <w:t>약물 알레르기: (확인 필요), 원본 항목 비어 있음. 10:00 아세트아미노펜 500 mg 경구 투여 완료(기존 처방). [N05, M02]</w:t>
      </w:r>
    </w:p>
    <w:p>
      <w:pPr>
        <w:pStyle w:val="Heading2"/>
      </w:pPr>
      <w:r>
        <w:t>A · 평가</w:t>
      </w:r>
    </w:p>
    <w:p>
      <w:r>
        <w:t>간호사 기록: 드레싱 건조, 삼출 보이지 않음. 13:00 혈압 120/76 mmHg, 맥박 78회/분, 호흡 18회/분, 체온 36.8℃, 산소포화도 98%(실내공기). [N07, V04]</w:t>
      </w:r>
    </w:p>
    <w:p>
      <w:pPr>
        <w:pStyle w:val="Heading2"/>
      </w:pPr>
      <w:r>
        <w:t>R · 요청</w:t>
      </w:r>
    </w:p>
    <w:p>
      <w:r>
        <w:t>다음 근무조: 알레르기 기록 확인. 기존 간호계획의 15:00 보행 시 동행 인계. [N08]</w:t>
      </w:r>
    </w:p>
    <w:p>
      <w:r>
        <w:t>담당 간호사 확인 전 초안 · 실제 환자 확인과 최종 판단은 승인된 병원 체계에서 담당자가 수행합니다.</w:t>
      </w:r>
    </w:p>
    <w:p>
      <w:r>
        <w:br w:type="page"/>
      </w:r>
    </w:p>
    <w:p>
      <w:pPr>
        <w:pStyle w:val="Heading1"/>
      </w:pPr>
      <w:r>
        <w:t>다온 · 환자 가명</w:t>
      </w:r>
    </w:p>
    <w:p>
      <w:r>
        <w:t>2026-11-06 / 08:00~13:30 기록 기준 / 다음 근무조 전달용</w:t>
      </w:r>
    </w:p>
    <w:p>
      <w:pPr>
        <w:pStyle w:val="Heading2"/>
      </w:pPr>
      <w:r>
        <w:t>S · 상황</w:t>
      </w:r>
    </w:p>
    <w:p>
      <w:r>
        <w:t>어지럼으로 입원 관찰 중. 13:10 보행 시 가벼운 어지럼, 13:20 휴식 후 호소 감소 기록. [N09·N10·N11]</w:t>
      </w:r>
    </w:p>
    <w:p>
      <w:pPr>
        <w:pStyle w:val="Heading2"/>
      </w:pPr>
      <w:r>
        <w:t>B · 배경</w:t>
      </w:r>
    </w:p>
    <w:p>
      <w:r>
        <w:t>약물 알레르기 없음으로 기록됨. 제공된 투약기록에 다온 행 없음: 투약 여부 (확인 필요), 미투약으로 단정하지 않음. [N09, 투약기록 전체]</w:t>
      </w:r>
    </w:p>
    <w:p>
      <w:pPr>
        <w:pStyle w:val="Heading2"/>
      </w:pPr>
      <w:r>
        <w:t>A · 평가</w:t>
      </w:r>
    </w:p>
    <w:p>
      <w:r>
        <w:t>간호사 기록: 휴식 후 어지럼 호소 감소. 12:30 혈압 110/70 mmHg, 맥박 80회/분, 호흡 18회/분, 체온 36.7℃, 산소포화도 98%(실내공기). 기립성 혈압 측정값 없음. [N11·N12, V06]</w:t>
      </w:r>
    </w:p>
    <w:p>
      <w:pPr>
        <w:pStyle w:val="Heading2"/>
      </w:pPr>
      <w:r>
        <w:t>R · 요청</w:t>
      </w:r>
    </w:p>
    <w:p>
      <w:r>
        <w:t>다음 근무조: 14:00 예정 기립성 혈압 측정 여부·결과 확인(확인 필요). 기존 간호계획의 이동 시 동행 유지 인계. [N11·N12]</w:t>
      </w:r>
    </w:p>
    <w:p>
      <w:r>
        <w:t>담당 간호사 확인 전 초안 · 실제 환자 확인과 최종 판단은 승인된 병원 체계에서 담당자가 수행합니다.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실제 환자 자료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