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진료 기록 초안 틀</w:t>
      </w:r>
    </w:p>
    <w:p>
      <w:r>
        <w:t>교육 영상 시연용 가상 자료</w:t>
      </w:r>
    </w:p>
    <w:p>
      <w:r>
        <w:t>JJ병원(가상, 300병상 종합병원·JJ복지관 운영)</w:t>
      </w:r>
    </w:p>
    <w:p>
      <w:r>
        <w:t>의사 확인 전 초안 / 환자명·등록번호는 가명만 / 실습일: 2026-11-05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작성 칸</w:t>
            </w:r>
          </w:p>
        </w:tc>
      </w:tr>
      <w:tr>
        <w:tc>
          <w:tcPr>
            <w:tcW w:type="dxa" w:w="5100"/>
          </w:tcPr>
          <w:p>
            <w:r>
              <w:t>주호소</w:t>
            </w:r>
          </w:p>
        </w:tc>
        <w:tc>
          <w:tcPr>
            <w:tcW w:type="dxa" w:w="5100"/>
          </w:tcPr>
          <w:p>
            <w:r>
              <w:t>[증상과 기간]</w:t>
            </w:r>
          </w:p>
        </w:tc>
      </w:tr>
      <w:tr>
        <w:tc>
          <w:tcPr>
            <w:tcW w:type="dxa" w:w="5100"/>
          </w:tcPr>
          <w:p>
            <w:r>
              <w:t>소견</w:t>
            </w:r>
          </w:p>
        </w:tc>
        <w:tc>
          <w:tcPr>
            <w:tcW w:type="dxa" w:w="5100"/>
          </w:tcPr>
          <w:p>
            <w:r>
              <w:t>[환자 진술 / 측정 / 의사 관찰을 구분]</w:t>
            </w:r>
          </w:p>
        </w:tc>
      </w:tr>
      <w:tr>
        <w:tc>
          <w:tcPr>
            <w:tcW w:type="dxa" w:w="5100"/>
          </w:tcPr>
          <w:p>
            <w:r>
              <w:t>계획</w:t>
            </w:r>
          </w:p>
        </w:tc>
        <w:tc>
          <w:tcPr>
            <w:tcW w:type="dxa" w:w="5100"/>
          </w:tcPr>
          <w:p>
            <w:r>
              <w:t>[메모에 명시된 설명·계획만]</w:t>
            </w:r>
          </w:p>
        </w:tc>
      </w:tr>
    </w:tbl>
    <w:p>
      <w:pPr>
        <w:pStyle w:val="Heading1"/>
      </w:pPr>
      <w:r>
        <w:t>의사 확인 메모 — 본문 밖</w:t>
      </w:r>
    </w:p>
    <w:p>
      <w:r>
        <w:t>[확인할 항목과 메모 번호를 적는다. 빈칸을 추측으로 채우지 않는다.]</w:t>
      </w:r>
    </w:p>
    <w:p>
      <w:r>
        <w:t>의사 확인: 대기 / 확정 기록으로 사용하지 않음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실습 전용 · 의사 확인 전 초안 · 실제 환자 자료 사용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