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진료 기록 초안 — 결과 예시</w:t>
      </w:r>
    </w:p>
    <w:p>
      <w:r>
        <w:t>교육 영상 시연용 가상 자료</w:t>
      </w:r>
    </w:p>
    <w:p>
      <w:r>
        <w:t>JJ병원(가상, 300병상 종합병원·JJ복지관 운영)</w:t>
      </w:r>
    </w:p>
    <w:p>
      <w:r>
        <w:t>의사 확인 전 초안 · 환자명: 가람(가명) / 등록번호: 외래-가001(가상) / 2026-11-05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>
              <w:t>항목</w:t>
            </w:r>
          </w:p>
        </w:tc>
        <w:tc>
          <w:tcPr>
            <w:tcW w:type="dxa" w:w="5100"/>
          </w:tcPr>
          <w:p>
            <w:r>
              <w:t>기록 초안</w:t>
            </w:r>
          </w:p>
        </w:tc>
      </w:tr>
      <w:tr>
        <w:tc>
          <w:tcPr>
            <w:tcW w:type="dxa" w:w="5100"/>
          </w:tcPr>
          <w:p>
            <w:r>
              <w:t>주호소</w:t>
            </w:r>
          </w:p>
        </w:tc>
        <w:tc>
          <w:tcPr>
            <w:tcW w:type="dxa" w:w="5100"/>
          </w:tcPr>
          <w:p>
            <w:r>
              <w:t>3일 전부터 기침과 목 따가움.</w:t>
            </w:r>
          </w:p>
        </w:tc>
      </w:tr>
      <w:tr>
        <w:tc>
          <w:tcPr>
            <w:tcW w:type="dxa" w:w="5100"/>
          </w:tcPr>
          <w:p>
            <w:r>
              <w:t>소견</w:t>
            </w:r>
          </w:p>
        </w:tc>
        <w:tc>
          <w:tcPr>
            <w:tcW w:type="dxa" w:w="5100"/>
          </w:tcPr>
          <w:p>
            <w:r>
              <w:t>환자 진술: 숨참 없음. 감기약 1회 복용, 약 이름 모름. 과거 항생제 복용 후 두드러기 경험을 말함, 약 이름 모름.</w:t>
              <w:br/>
              <w:t>측정: 체온 37.2℃, 혈압 118/76 mmHg, 맥박 78회/분, 호흡수 18회/분, 산소포화도 98%.</w:t>
              <w:br/>
              <w:t>의사 관찰: 인두 경한 발적, 청진상 천명음 없음.</w:t>
            </w:r>
          </w:p>
        </w:tc>
      </w:tr>
      <w:tr>
        <w:tc>
          <w:tcPr>
            <w:tcW w:type="dxa" w:w="5100"/>
          </w:tcPr>
          <w:p>
            <w:r>
              <w:t>계획</w:t>
            </w:r>
          </w:p>
        </w:tc>
        <w:tc>
          <w:tcPr>
            <w:tcW w:type="dxa" w:w="5100"/>
          </w:tcPr>
          <w:p>
            <w:r>
              <w:t>수분 섭취·휴식 설명. 증상 악화 시 재내원 안내. 약제명·용량은 복용약과 알레르기 확인 후 결정. 현재 확정된 처방 없음.</w:t>
            </w:r>
          </w:p>
        </w:tc>
      </w:tr>
    </w:tbl>
    <w:p>
      <w:pPr>
        <w:pStyle w:val="Heading1"/>
      </w:pPr>
      <w:r>
        <w:t>의사 확인 메모 — 본문 밖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>
              <w:t>확인할 것</w:t>
            </w:r>
          </w:p>
        </w:tc>
        <w:tc>
          <w:tcPr>
            <w:tcW w:type="dxa" w:w="5100"/>
          </w:tcPr>
          <w:p>
            <w:r>
              <w:t>남겨 둔 표시</w:t>
            </w:r>
          </w:p>
        </w:tc>
      </w:tr>
      <w:tr>
        <w:tc>
          <w:tcPr>
            <w:tcW w:type="dxa" w:w="5100"/>
          </w:tcPr>
          <w:p>
            <w:r>
              <w:t>복용약</w:t>
            </w:r>
          </w:p>
        </w:tc>
        <w:tc>
          <w:tcPr>
            <w:tcW w:type="dxa" w:w="5100"/>
          </w:tcPr>
          <w:p>
            <w:r>
              <w:t>감기약 이름 (확인 필요)</w:t>
            </w:r>
          </w:p>
        </w:tc>
      </w:tr>
      <w:tr>
        <w:tc>
          <w:tcPr>
            <w:tcW w:type="dxa" w:w="5100"/>
          </w:tcPr>
          <w:p>
            <w:r>
              <w:t>알레르기</w:t>
            </w:r>
          </w:p>
        </w:tc>
        <w:tc>
          <w:tcPr>
            <w:tcW w:type="dxa" w:w="5100"/>
          </w:tcPr>
          <w:p>
            <w:r>
              <w:t>두드러기를 경험한 항생제 이름 (확인 필요)</w:t>
            </w:r>
          </w:p>
        </w:tc>
      </w:tr>
      <w:tr>
        <w:tc>
          <w:tcPr>
            <w:tcW w:type="dxa" w:w="5100"/>
          </w:tcPr>
          <w:p>
            <w:r>
              <w:t>처방</w:t>
            </w:r>
          </w:p>
        </w:tc>
        <w:tc>
          <w:tcPr>
            <w:tcW w:type="dxa" w:w="5100"/>
          </w:tcPr>
          <w:p>
            <w:r>
              <w:t>약제명·용량 (확인 필요) · 현재 확정된 처방 없음</w:t>
            </w:r>
          </w:p>
        </w:tc>
      </w:tr>
      <w:tr>
        <w:tc>
          <w:tcPr>
            <w:tcW w:type="dxa" w:w="5100"/>
          </w:tcPr>
          <w:p>
            <w:r>
              <w:t>메모에 없는 항목</w:t>
            </w:r>
          </w:p>
        </w:tc>
        <w:tc>
          <w:tcPr>
            <w:tcW w:type="dxa" w:w="5100"/>
          </w:tcPr>
          <w:p>
            <w:r>
              <w:t>진단명·검사 계획·재진일 (확인 필요) · 임의 추가 금지</w:t>
            </w:r>
          </w:p>
        </w:tc>
      </w:tr>
    </w:tbl>
    <w:p>
      <w:r>
        <w:t>의사 확인: 대기. 의사가 실제 진료 내용과 대조해 수정한 뒤 병원 절차로 확정합니다.</w:t>
      </w:r>
    </w:p>
    <w:sectPr w:rsidR="00FC693F" w:rsidRPr="0006063C" w:rsidSect="00034616">
      <w:footerReference w:type="default" r:id="rId9"/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가상 실습 전용 · 의사 확인 전 초안 · 실제 환자 자료 사용 금지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