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JJ병원 · 질문별 근거 요약표</w:t>
      </w:r>
    </w:p>
    <w:p>
      <w:r>
        <w:t>교육 영상 시연용 가상 자료 | 실제 진료지침·인증평가·급여기준이 아닙니다. 실제 환자 진료·청구·인증 판단에 사용하지 마세요.</w:t>
      </w:r>
    </w:p>
    <w:p>
      <w:r>
        <w:t>결과 예시 | 기준일 2026-11-06 | 근거 있음 3 · 문서 충돌 1 · 자료 부족 2 | 전부 승인 전</w:t>
      </w:r>
    </w:p>
    <w:p>
      <w:pPr>
        <w:pStyle w:val="Heading2"/>
      </w:pPr>
      <w:r>
        <w:t>Q1 · 근거 있음 · 승인 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625"/>
        <w:gridCol w:w="7625"/>
      </w:tblGrid>
      <w:tr>
        <w:tc>
          <w:tcPr>
            <w:tcW w:type="dxa" w:w="7625"/>
          </w:tcPr>
          <w:p>
            <w:r>
              <w:t>질문</w:t>
            </w:r>
          </w:p>
        </w:tc>
        <w:tc>
          <w:tcPr>
            <w:tcW w:type="dxa" w:w="7625"/>
          </w:tcPr>
          <w:p>
            <w:r>
              <w:t>성인 입원병동 신규 입원 시 낙상 위험은 언제 확인하나?</w:t>
            </w:r>
          </w:p>
        </w:tc>
      </w:tr>
      <w:tr>
        <w:tc>
          <w:tcPr>
            <w:tcW w:type="dxa" w:w="7625"/>
          </w:tcPr>
          <w:p>
            <w:r>
              <w:t>답변 초안</w:t>
            </w:r>
          </w:p>
        </w:tc>
        <w:tc>
          <w:tcPr>
            <w:tcW w:type="dxa" w:w="7625"/>
          </w:tcPr>
          <w:p>
            <w:r>
              <w:t>최초 독립 이동 전에 확인·기록한다.</w:t>
            </w:r>
          </w:p>
        </w:tc>
      </w:tr>
      <w:tr>
        <w:tc>
          <w:tcPr>
            <w:tcW w:type="dxa" w:w="7625"/>
          </w:tcPr>
          <w:p>
            <w:r>
              <w:t>근거</w:t>
            </w:r>
          </w:p>
        </w:tc>
        <w:tc>
          <w:tcPr>
            <w:tcW w:type="dxa" w:w="7625"/>
          </w:tcPr>
          <w:p>
            <w:r>
              <w:t>진료지침_현행표기_가상.pdf 2쪽 실습용 4.1 | 버전 2.0 | 2026-10-01</w:t>
            </w:r>
          </w:p>
        </w:tc>
      </w:tr>
      <w:tr>
        <w:tc>
          <w:tcPr>
            <w:tcW w:type="dxa" w:w="7625"/>
          </w:tcPr>
          <w:p>
            <w:r>
              <w:t>짧은 원문</w:t>
            </w:r>
          </w:p>
        </w:tc>
        <w:tc>
          <w:tcPr>
            <w:tcW w:type="dxa" w:w="7625"/>
          </w:tcPr>
          <w:p>
            <w:r>
              <w:t>최초 독립 이동 전에</w:t>
            </w:r>
          </w:p>
        </w:tc>
      </w:tr>
      <w:tr>
        <w:tc>
          <w:tcPr>
            <w:tcW w:type="dxa" w:w="7625"/>
          </w:tcPr>
          <w:p>
            <w:r>
              <w:t>확인 담당·후속 확인</w:t>
            </w:r>
          </w:p>
        </w:tc>
        <w:tc>
          <w:tcPr>
            <w:tcW w:type="dxa" w:w="7625"/>
          </w:tcPr>
          <w:p>
            <w:r>
              <w:t>수간호사 · 적용 대상·기록 확인</w:t>
            </w:r>
          </w:p>
        </w:tc>
      </w:tr>
    </w:tbl>
    <w:p>
      <w:pPr>
        <w:pStyle w:val="Heading2"/>
      </w:pPr>
      <w:r>
        <w:t>Q2 · 문서 충돌 · 승인 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625"/>
        <w:gridCol w:w="7625"/>
      </w:tblGrid>
      <w:tr>
        <w:tc>
          <w:tcPr>
            <w:tcW w:type="dxa" w:w="7625"/>
          </w:tcPr>
          <w:p>
            <w:r>
              <w:t>질문</w:t>
            </w:r>
          </w:p>
        </w:tc>
        <w:tc>
          <w:tcPr>
            <w:tcW w:type="dxa" w:w="7625"/>
          </w:tcPr>
          <w:p>
            <w:r>
              <w:t>성인 입원병동 전동 후 재확인은 언제 하나?</w:t>
            </w:r>
          </w:p>
        </w:tc>
      </w:tr>
      <w:tr>
        <w:tc>
          <w:tcPr>
            <w:tcW w:type="dxa" w:w="7625"/>
          </w:tcPr>
          <w:p>
            <w:r>
              <w:t>답변 초안</w:t>
            </w:r>
          </w:p>
        </w:tc>
        <w:tc>
          <w:tcPr>
            <w:tcW w:type="dxa" w:w="7625"/>
          </w:tcPr>
          <w:p>
            <w:r>
              <w:t>문서끼리 시점이 다르다. 적용 기준은 (확인 필요).</w:t>
            </w:r>
          </w:p>
        </w:tc>
      </w:tr>
      <w:tr>
        <w:tc>
          <w:tcPr>
            <w:tcW w:type="dxa" w:w="7625"/>
          </w:tcPr>
          <w:p>
            <w:r>
              <w:t>근거</w:t>
            </w:r>
          </w:p>
        </w:tc>
        <w:tc>
          <w:tcPr>
            <w:tcW w:type="dxa" w:w="7625"/>
          </w:tcPr>
          <w:p>
            <w:r>
              <w:t>진료지침_현행표기_가상.pdf 2쪽 실습용 4.2 | 버전 2.0 | 2026-10-01</w:t>
              <w:br/>
              <w:t>진료지침_이전표기_가상.pdf 2쪽 실습용 4.2 | 버전 1.0 | 2026-04-01</w:t>
            </w:r>
          </w:p>
        </w:tc>
      </w:tr>
      <w:tr>
        <w:tc>
          <w:tcPr>
            <w:tcW w:type="dxa" w:w="7625"/>
          </w:tcPr>
          <w:p>
            <w:r>
              <w:t>짧은 원문</w:t>
            </w:r>
          </w:p>
        </w:tc>
        <w:tc>
          <w:tcPr>
            <w:tcW w:type="dxa" w:w="7625"/>
          </w:tcPr>
          <w:p>
            <w:r>
              <w:t>해당 상황에서 / 다음 날 정기 확인</w:t>
            </w:r>
          </w:p>
        </w:tc>
      </w:tr>
      <w:tr>
        <w:tc>
          <w:tcPr>
            <w:tcW w:type="dxa" w:w="7625"/>
          </w:tcPr>
          <w:p>
            <w:r>
              <w:t>확인 담당·후속 확인</w:t>
            </w:r>
          </w:p>
        </w:tc>
        <w:tc>
          <w:tcPr>
            <w:tcW w:type="dxa" w:w="7625"/>
          </w:tcPr>
          <w:p>
            <w:r>
              <w:t>적정관리(QI)팀 · 승인대장·폐지 공지 확인</w:t>
            </w:r>
          </w:p>
        </w:tc>
      </w:tr>
    </w:tbl>
    <w:p>
      <w:pPr>
        <w:pStyle w:val="Heading2"/>
      </w:pPr>
      <w:r>
        <w:t>Q3 · 근거 있음 · 승인 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625"/>
        <w:gridCol w:w="7625"/>
      </w:tblGrid>
      <w:tr>
        <w:tc>
          <w:tcPr>
            <w:tcW w:type="dxa" w:w="7625"/>
          </w:tcPr>
          <w:p>
            <w:r>
              <w:t>질문</w:t>
            </w:r>
          </w:p>
        </w:tc>
        <w:tc>
          <w:tcPr>
            <w:tcW w:type="dxa" w:w="7625"/>
          </w:tcPr>
          <w:p>
            <w:r>
              <w:t>낙상 예방 교육 기록에서 확인할 항목은?</w:t>
            </w:r>
          </w:p>
        </w:tc>
      </w:tr>
      <w:tr>
        <w:tc>
          <w:tcPr>
            <w:tcW w:type="dxa" w:w="7625"/>
          </w:tcPr>
          <w:p>
            <w:r>
              <w:t>답변 초안</w:t>
            </w:r>
          </w:p>
        </w:tc>
        <w:tc>
          <w:tcPr>
            <w:tcW w:type="dxa" w:w="7625"/>
          </w:tcPr>
          <w:p>
            <w:r>
              <w:t>교육 일자·교육자·이해 확인 내용·교육 자료 문서번호를 확인한다.</w:t>
            </w:r>
          </w:p>
        </w:tc>
      </w:tr>
      <w:tr>
        <w:tc>
          <w:tcPr>
            <w:tcW w:type="dxa" w:w="7625"/>
          </w:tcPr>
          <w:p>
            <w:r>
              <w:t>근거</w:t>
            </w:r>
          </w:p>
        </w:tc>
        <w:tc>
          <w:tcPr>
            <w:tcW w:type="dxa" w:w="7625"/>
          </w:tcPr>
          <w:p>
            <w:r>
              <w:t>인증평가_내부점검기준_가상.pdf 2쪽 실습용 3.1 | 버전 1.0 | 2026-09-01</w:t>
            </w:r>
          </w:p>
        </w:tc>
      </w:tr>
      <w:tr>
        <w:tc>
          <w:tcPr>
            <w:tcW w:type="dxa" w:w="7625"/>
          </w:tcPr>
          <w:p>
            <w:r>
              <w:t>짧은 원문</w:t>
            </w:r>
          </w:p>
        </w:tc>
        <w:tc>
          <w:tcPr>
            <w:tcW w:type="dxa" w:w="7625"/>
          </w:tcPr>
          <w:p>
            <w:r>
              <w:t>교육 일자, 교육자, 이해 확인 내용</w:t>
            </w:r>
          </w:p>
        </w:tc>
      </w:tr>
      <w:tr>
        <w:tc>
          <w:tcPr>
            <w:tcW w:type="dxa" w:w="7625"/>
          </w:tcPr>
          <w:p>
            <w:r>
              <w:t>확인 담당·후속 확인</w:t>
            </w:r>
          </w:p>
        </w:tc>
        <w:tc>
          <w:tcPr>
            <w:tcW w:type="dxa" w:w="7625"/>
          </w:tcPr>
          <w:p>
            <w:r>
              <w:t>수간호사·적정관리(QI)팀 · 기록 확인·공식 기준 대조</w:t>
            </w:r>
          </w:p>
        </w:tc>
      </w:tr>
    </w:tbl>
    <w:p>
      <w:r>
        <w:br w:type="page"/>
      </w:r>
    </w:p>
    <w:p>
      <w:pPr>
        <w:pStyle w:val="Heading2"/>
      </w:pPr>
      <w:r>
        <w:t>Q4 · 근거 있음 · 승인 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625"/>
        <w:gridCol w:w="7625"/>
      </w:tblGrid>
      <w:tr>
        <w:tc>
          <w:tcPr>
            <w:tcW w:type="dxa" w:w="7625"/>
          </w:tcPr>
          <w:p>
            <w:r>
              <w:t>질문</w:t>
            </w:r>
          </w:p>
        </w:tc>
        <w:tc>
          <w:tcPr>
            <w:tcW w:type="dxa" w:w="7625"/>
          </w:tcPr>
          <w:p>
            <w:r>
              <w:t>가상 항목 A의 청구 전 확인 서류는?</w:t>
            </w:r>
          </w:p>
        </w:tc>
      </w:tr>
      <w:tr>
        <w:tc>
          <w:tcPr>
            <w:tcW w:type="dxa" w:w="7625"/>
          </w:tcPr>
          <w:p>
            <w:r>
              <w:t>답변 초안</w:t>
            </w:r>
          </w:p>
        </w:tc>
        <w:tc>
          <w:tcPr>
            <w:tcW w:type="dxa" w:w="7625"/>
          </w:tcPr>
          <w:p>
            <w:r>
              <w:t>처방·시행 기록·결과 보고서. 서류만으로 급여 인정은 확정할 수 없다.</w:t>
            </w:r>
          </w:p>
        </w:tc>
      </w:tr>
      <w:tr>
        <w:tc>
          <w:tcPr>
            <w:tcW w:type="dxa" w:w="7625"/>
          </w:tcPr>
          <w:p>
            <w:r>
              <w:t>근거</w:t>
            </w:r>
          </w:p>
        </w:tc>
        <w:tc>
          <w:tcPr>
            <w:tcW w:type="dxa" w:w="7625"/>
          </w:tcPr>
          <w:p>
            <w:r>
              <w:t>급여기준_내부검토메모_가상.pdf 2쪽 실습용 2.1 | 버전 1.0 | 2026-10-15</w:t>
              <w:br/>
              <w:t>급여기준_내부검토메모_가상.pdf 2쪽 실습용 2.2 | 버전 1.0 | 2026-10-15</w:t>
            </w:r>
          </w:p>
        </w:tc>
      </w:tr>
      <w:tr>
        <w:tc>
          <w:tcPr>
            <w:tcW w:type="dxa" w:w="7625"/>
          </w:tcPr>
          <w:p>
            <w:r>
              <w:t>짧은 원문</w:t>
            </w:r>
          </w:p>
        </w:tc>
        <w:tc>
          <w:tcPr>
            <w:tcW w:type="dxa" w:w="7625"/>
          </w:tcPr>
          <w:p>
            <w:r>
              <w:t>처방, 시행 기록, 결과 보고서</w:t>
            </w:r>
          </w:p>
        </w:tc>
      </w:tr>
      <w:tr>
        <w:tc>
          <w:tcPr>
            <w:tcW w:type="dxa" w:w="7625"/>
          </w:tcPr>
          <w:p>
            <w:r>
              <w:t>확인 담당·후속 확인</w:t>
            </w:r>
          </w:p>
        </w:tc>
        <w:tc>
          <w:tcPr>
            <w:tcW w:type="dxa" w:w="7625"/>
          </w:tcPr>
          <w:p>
            <w:r>
              <w:t>보험심사팀 · 적용 고시·대상 조건 별도 확인</w:t>
            </w:r>
          </w:p>
        </w:tc>
      </w:tr>
    </w:tbl>
    <w:p>
      <w:pPr>
        <w:pStyle w:val="Heading2"/>
      </w:pPr>
      <w:r>
        <w:t>Q5 · 자료 부족 · 승인 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625"/>
        <w:gridCol w:w="7625"/>
      </w:tblGrid>
      <w:tr>
        <w:tc>
          <w:tcPr>
            <w:tcW w:type="dxa" w:w="7625"/>
          </w:tcPr>
          <w:p>
            <w:r>
              <w:t>질문</w:t>
            </w:r>
          </w:p>
        </w:tc>
        <w:tc>
          <w:tcPr>
            <w:tcW w:type="dxa" w:w="7625"/>
          </w:tcPr>
          <w:p>
            <w:r>
              <w:t>이 진료지침을 JJ복지관 이용자에게도 적용하나?</w:t>
            </w:r>
          </w:p>
        </w:tc>
      </w:tr>
      <w:tr>
        <w:tc>
          <w:tcPr>
            <w:tcW w:type="dxa" w:w="7625"/>
          </w:tcPr>
          <w:p>
            <w:r>
              <w:t>답변 초안</w:t>
            </w:r>
          </w:p>
        </w:tc>
        <w:tc>
          <w:tcPr>
            <w:tcW w:type="dxa" w:w="7625"/>
          </w:tcPr>
          <w:p>
            <w:r>
              <w:t>이 지침의 적용 대상에서 제외된다. 별도 기준은 (확인 필요).</w:t>
            </w:r>
          </w:p>
        </w:tc>
      </w:tr>
      <w:tr>
        <w:tc>
          <w:tcPr>
            <w:tcW w:type="dxa" w:w="7625"/>
          </w:tcPr>
          <w:p>
            <w:r>
              <w:t>근거</w:t>
            </w:r>
          </w:p>
        </w:tc>
        <w:tc>
          <w:tcPr>
            <w:tcW w:type="dxa" w:w="7625"/>
          </w:tcPr>
          <w:p>
            <w:r>
              <w:t>진료지침_현행표기_가상.pdf 1쪽 실습용 1.2 | 버전 2.0 | 2026-10-01</w:t>
            </w:r>
          </w:p>
        </w:tc>
      </w:tr>
      <w:tr>
        <w:tc>
          <w:tcPr>
            <w:tcW w:type="dxa" w:w="7625"/>
          </w:tcPr>
          <w:p>
            <w:r>
              <w:t>짧은 원문</w:t>
            </w:r>
          </w:p>
        </w:tc>
        <w:tc>
          <w:tcPr>
            <w:tcW w:type="dxa" w:w="7625"/>
          </w:tcPr>
          <w:p>
            <w:r>
              <w:t>JJ복지관 이용자</w:t>
            </w:r>
          </w:p>
        </w:tc>
      </w:tr>
      <w:tr>
        <w:tc>
          <w:tcPr>
            <w:tcW w:type="dxa" w:w="7625"/>
          </w:tcPr>
          <w:p>
            <w:r>
              <w:t>확인 담당·후속 확인</w:t>
            </w:r>
          </w:p>
        </w:tc>
        <w:tc>
          <w:tcPr>
            <w:tcW w:type="dxa" w:w="7625"/>
          </w:tcPr>
          <w:p>
            <w:r>
              <w:t>적정관리(QI)팀·JJ복지관 담당 · 복지관 별도 지침 요청</w:t>
            </w:r>
          </w:p>
        </w:tc>
      </w:tr>
    </w:tbl>
    <w:p>
      <w:pPr>
        <w:pStyle w:val="Heading2"/>
      </w:pPr>
      <w:r>
        <w:t>Q6 · 자료 부족 · 승인 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625"/>
        <w:gridCol w:w="7625"/>
      </w:tblGrid>
      <w:tr>
        <w:tc>
          <w:tcPr>
            <w:tcW w:type="dxa" w:w="7625"/>
          </w:tcPr>
          <w:p>
            <w:r>
              <w:t>질문</w:t>
            </w:r>
          </w:p>
        </w:tc>
        <w:tc>
          <w:tcPr>
            <w:tcW w:type="dxa" w:w="7625"/>
          </w:tcPr>
          <w:p>
            <w:r>
              <w:t>가상 항목 A의 반복 횟수 급여 인정 한도는?</w:t>
            </w:r>
          </w:p>
        </w:tc>
      </w:tr>
      <w:tr>
        <w:tc>
          <w:tcPr>
            <w:tcW w:type="dxa" w:w="7625"/>
          </w:tcPr>
          <w:p>
            <w:r>
              <w:t>답변 초안</w:t>
            </w:r>
          </w:p>
        </w:tc>
        <w:tc>
          <w:tcPr>
            <w:tcW w:type="dxa" w:w="7625"/>
          </w:tcPr>
          <w:p>
            <w:r>
              <w:t>제공 자료로 한도를 정할 수 없다. (확인 필요).</w:t>
            </w:r>
          </w:p>
        </w:tc>
      </w:tr>
      <w:tr>
        <w:tc>
          <w:tcPr>
            <w:tcW w:type="dxa" w:w="7625"/>
          </w:tcPr>
          <w:p>
            <w:r>
              <w:t>근거</w:t>
            </w:r>
          </w:p>
        </w:tc>
        <w:tc>
          <w:tcPr>
            <w:tcW w:type="dxa" w:w="7625"/>
          </w:tcPr>
          <w:p>
            <w:r>
              <w:t>급여기준_내부검토메모_가상.pdf 3쪽 실습용 3.1 | 버전 1.0 | 2026-10-15</w:t>
            </w:r>
          </w:p>
        </w:tc>
      </w:tr>
      <w:tr>
        <w:tc>
          <w:tcPr>
            <w:tcW w:type="dxa" w:w="7625"/>
          </w:tcPr>
          <w:p>
            <w:r>
              <w:t>짧은 원문</w:t>
            </w:r>
          </w:p>
        </w:tc>
        <w:tc>
          <w:tcPr>
            <w:tcW w:type="dxa" w:w="7625"/>
          </w:tcPr>
          <w:p>
            <w:r>
              <w:t>반복 횟수의 급여 인정 한도</w:t>
            </w:r>
          </w:p>
        </w:tc>
      </w:tr>
      <w:tr>
        <w:tc>
          <w:tcPr>
            <w:tcW w:type="dxa" w:w="7625"/>
          </w:tcPr>
          <w:p>
            <w:r>
              <w:t>확인 담당·후속 확인</w:t>
            </w:r>
          </w:p>
        </w:tc>
        <w:tc>
          <w:tcPr>
            <w:tcW w:type="dxa" w:w="7625"/>
          </w:tcPr>
          <w:p>
            <w:r>
              <w:t>보험심사팀 · 공식 고시 원문·적용일 확인</w:t>
            </w:r>
          </w:p>
        </w:tc>
      </w:tr>
    </w:tbl>
    <w:sectPr w:rsidR="00FC693F" w:rsidRPr="0006063C" w:rsidSect="00034616">
      <w:footerReference w:type="default" r:id="rId9"/>
      <w:pgSz w:w="16834" w:h="11909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JJ병원 가상 자료 · 담당자 승인 전 초안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