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보전 연락 메모</w:t>
      </w:r>
    </w:p>
    <w:p>
      <w:r>
        <w:t>교육 영상 시연용 가상 자료 | JJ에너지(가상)</w:t>
      </w:r>
    </w:p>
    <w:p>
      <w:r>
        <w:t>대상: 2026-11-05 22:00 ~ 2026-11-06 06:00</w:t>
        <w:br/>
        <w:t>기준 시각: 2026-11-06 05:55 / 다음 조: 주간 B조</w:t>
      </w:r>
    </w:p>
    <w:p>
      <w:r>
        <w:t>예정은 완료가 아니다. 아래 세 건은 인계 기준 시각에 미해결이다.</w:t>
      </w:r>
    </w:p>
    <w:p>
      <w:pPr>
        <w:pStyle w:val="Heading2"/>
      </w:pPr>
      <w:r>
        <w:t>M01 | CWP-02</w:t>
      </w:r>
    </w:p>
    <w:p>
      <w:r>
        <w:t>수신: 2026-11-06 04:40</w:t>
        <w:br/>
        <w:t>회신 내용: 요청 접수 완료. 정비 완료 아님.</w:t>
        <w:br/>
        <w:t>담당: 설비보전반</w:t>
        <w:br/>
        <w:t>확인 예정: 2026-11-06 08:30</w:t>
      </w:r>
    </w:p>
    <w:p>
      <w:pPr>
        <w:pStyle w:val="Heading2"/>
      </w:pPr>
      <w:r>
        <w:t>M02 | XV-17</w:t>
      </w:r>
    </w:p>
    <w:p>
      <w:r>
        <w:t>수신: 2026-11-06 05:00</w:t>
        <w:br/>
        <w:t>회신 내용: 미세 누설 점검 대기. 완료 통보 없음.</w:t>
        <w:br/>
        <w:t>담당: 밸브보전반</w:t>
        <w:br/>
        <w:t>확인 예정: 2026-11-06 09:00</w:t>
      </w:r>
    </w:p>
    <w:p>
      <w:pPr>
        <w:pStyle w:val="Heading2"/>
      </w:pPr>
      <w:r>
        <w:t>M03 | TI-204</w:t>
      </w:r>
    </w:p>
    <w:p>
      <w:r>
        <w:t>수신: 2026-11-06 05:35</w:t>
        <w:br/>
        <w:t>회신 내용: 표시값 87의 단위·원문 확인 회신 없음.</w:t>
        <w:br/>
        <w:t>담당: 운전기록담당</w:t>
        <w:br/>
        <w:t>확인 예정: 미정 (확인 필요)</w:t>
      </w:r>
    </w:p>
    <w:p>
      <w:r>
        <w:t>전달 방식: 회사 승인 인계 경로로 원본과 함께 전달. 담당자 실명·연락처는 넣지 않은 가상 메모다.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