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시운전팀 점검 메모</w:t>
      </w:r>
    </w:p>
    <w:p>
      <w:r>
        <w:t>교육 영상 시연용 가상 자료 | JJ에너지(가상, 발전·플랜트 운영, 직원 650명)</w:t>
      </w:r>
    </w:p>
    <w:p>
      <w:r>
        <w:t>점검일 2026-11-06 | 목록 기준일 2026-11-10 | 메모 16건 | 기록자: 나래(가명)</w:t>
      </w:r>
    </w:p>
    <w:p>
      <w:r>
        <w:t>담당·기한은 현장 협의 메모에 적힌 값이다. 빈칸은 합의되지 않은 값이며 임의로 채우지 않는다. 업체 이름은 모두 가명이다.</w:t>
      </w:r>
    </w:p>
    <w:p>
      <w:pPr>
        <w:pStyle w:val="Heading2"/>
      </w:pPr>
      <w:r>
        <w:t>M01 | CW-P101 | 펌프실 동측</w:t>
      </w:r>
    </w:p>
    <w:p>
      <w:r>
        <w:t>계통: 냉각수 계통</w:t>
        <w:br/>
        <w:t>관찰: 펌프 연결부에 물방울 흔적</w:t>
        <w:br/>
        <w:t>담당 협의: 청솔설비 | 기한: 2026-11-08</w:t>
        <w:br/>
        <w:t>기록 상태: 미조치</w:t>
        <w:br/>
        <w:t>관련 요건: G-CW</w:t>
        <w:br/>
        <w:t>그림: 점검그림_01_CW-P101_가상.png</w:t>
      </w:r>
    </w:p>
    <w:p>
      <w:pPr>
        <w:pStyle w:val="Heading2"/>
      </w:pPr>
      <w:r>
        <w:t>M02 | CW-V102 | 펌프실 서측</w:t>
      </w:r>
    </w:p>
    <w:p>
      <w:r>
        <w:t>계통: 냉각수 계통</w:t>
        <w:br/>
        <w:t>관찰: 밸브 이름표 누락</w:t>
        <w:br/>
        <w:t>담당 협의: 청솔설비 | 기한: 2026-11-10</w:t>
        <w:br/>
        <w:t>기록 상태: 조치중</w:t>
        <w:br/>
        <w:t>관련 요건: G-TAG</w:t>
        <w:br/>
        <w:t>그림: 없음</w:t>
      </w:r>
    </w:p>
    <w:p>
      <w:pPr>
        <w:pStyle w:val="Heading2"/>
      </w:pPr>
      <w:r>
        <w:t>M03 | CW-F103 | 냉각수 분기부</w:t>
      </w:r>
    </w:p>
    <w:p>
      <w:r>
        <w:t>계통: 냉각수 계통</w:t>
        <w:br/>
        <w:t>관찰: 유량 표시값 기록 누락</w:t>
        <w:br/>
        <w:t>담당 협의: 청솔설비 | 기한: 2026-11-09</w:t>
        <w:br/>
        <w:t>기록 상태: 재검증 대기</w:t>
        <w:br/>
        <w:t>관련 요건: G-CW</w:t>
        <w:br/>
        <w:t>그림: 점검그림_02_CW-F103_가상.png</w:t>
      </w:r>
    </w:p>
    <w:p>
      <w:r>
        <w:t>조치 보고는 받았으나 서명된 재시험 확인서가 아직 없다. 최종 완료 아님.</w:t>
      </w:r>
    </w:p>
    <w:p>
      <w:pPr>
        <w:pStyle w:val="Heading2"/>
      </w:pPr>
      <w:r>
        <w:t>M04 | CW-S104 | 회수 배관 입구</w:t>
      </w:r>
    </w:p>
    <w:p>
      <w:r>
        <w:t>계통: 냉각수 계통</w:t>
        <w:br/>
        <w:t>관찰: 배관 지지부 체결 확인 기록 없음</w:t>
        <w:br/>
        <w:t>담당 협의: 청솔설비 | 기한: 2026-11-12</w:t>
        <w:br/>
        <w:t>기록 상태: 미조치</w:t>
        <w:br/>
        <w:t>관련 요건: G-CW</w:t>
        <w:br/>
        <w:t>그림: 없음</w:t>
      </w:r>
    </w:p>
    <w:p>
      <w:pPr>
        <w:pStyle w:val="Heading2"/>
      </w:pPr>
      <w:r>
        <w:t>M05 | CW-G105 | 펌프실 북측</w:t>
      </w:r>
    </w:p>
    <w:p>
      <w:r>
        <w:t>계통: 냉각수 계통</w:t>
        <w:br/>
        <w:t>관찰: 계기 검교정 확인표 미첨부</w:t>
        <w:br/>
        <w:t>담당 협의: 다온제어 | 기한: 2026-11-13</w:t>
        <w:br/>
        <w:t>기록 상태: 미조치</w:t>
        <w:br/>
        <w:t>관련 요건: G-CTL</w:t>
        <w:br/>
        <w:t>그림: 없음</w:t>
      </w:r>
    </w:p>
    <w:p>
      <w:pPr>
        <w:pStyle w:val="Heading2"/>
      </w:pPr>
      <w:r>
        <w:t>M06 | PW-C201 | 전기실 출입측</w:t>
      </w:r>
    </w:p>
    <w:p>
      <w:r>
        <w:t>계통: 보조 전원</w:t>
        <w:br/>
        <w:t>관찰: 회로 이름표 불일치</w:t>
        <w:br/>
        <w:t>담당 협의: 하람전기 | 기한: 2026-11-08</w:t>
        <w:br/>
        <w:t>기록 상태: 미조치</w:t>
        <w:br/>
        <w:t>관련 요건: G-PW</w:t>
        <w:br/>
        <w:t>그림: 점검그림_03_PW-C201_가상.png</w:t>
      </w:r>
    </w:p>
    <w:p>
      <w:pPr>
        <w:pStyle w:val="Heading2"/>
      </w:pPr>
      <w:r>
        <w:t>M07 | PW-T202 | 전기실 안쪽</w:t>
      </w:r>
    </w:p>
    <w:p>
      <w:r>
        <w:t>계통: 보조 전원</w:t>
        <w:br/>
        <w:t>관찰: 단자대 덮개 미설치 메모</w:t>
        <w:br/>
        <w:t>담당 협의: 하람전기 | 기한: 2026-11-09</w:t>
        <w:br/>
        <w:t>기록 상태: 조치중</w:t>
        <w:br/>
        <w:t>관련 요건: G-PW</w:t>
        <w:br/>
        <w:t>그림: 없음</w:t>
      </w:r>
    </w:p>
    <w:p>
      <w:pPr>
        <w:pStyle w:val="Heading2"/>
      </w:pPr>
      <w:r>
        <w:t>M08 | PW-A203 | 보조전원반 앞</w:t>
      </w:r>
    </w:p>
    <w:p>
      <w:r>
        <w:t>계통: 보조 전원</w:t>
        <w:br/>
        <w:t>관찰: 경보 확인 기록 누락</w:t>
        <w:br/>
        <w:t>담당 협의: 하람전기 | 기한: 2026-11-10</w:t>
        <w:br/>
        <w:t>기록 상태: 재검증 대기</w:t>
        <w:br/>
        <w:t>관련 요건: G-PW</w:t>
        <w:br/>
        <w:t>그림: 없음</w:t>
      </w:r>
    </w:p>
    <w:p>
      <w:r>
        <w:t>조치 보고는 받았으나 서명된 재시험 확인서가 아직 없다. 최종 완료 아님.</w:t>
      </w:r>
    </w:p>
    <w:p>
      <w:pPr>
        <w:pStyle w:val="Heading2"/>
      </w:pPr>
      <w:r>
        <w:t>M09 | PW-D204 | 보조전원반 뒤</w:t>
      </w:r>
    </w:p>
    <w:p>
      <w:r>
        <w:t>계통: 보조 전원</w:t>
        <w:br/>
        <w:t>관찰: 도면 개정본 미제출</w:t>
        <w:br/>
        <w:t>담당 협의: 하람전기 | 기한: 2026-11-12</w:t>
        <w:br/>
        <w:t>기록 상태: 미조치</w:t>
        <w:br/>
        <w:t>관련 요건: G-DOC</w:t>
        <w:br/>
        <w:t>그림: 없음</w:t>
      </w:r>
    </w:p>
    <w:p>
      <w:pPr>
        <w:pStyle w:val="Heading2"/>
      </w:pPr>
      <w:r>
        <w:t>M10 | CT-S301 | 제어반 좌측</w:t>
      </w:r>
    </w:p>
    <w:p>
      <w:r>
        <w:t>계통: 제어계통</w:t>
        <w:br/>
        <w:t>관찰: 계기 번호 표기 불일치</w:t>
        <w:br/>
        <w:t>담당 협의: 다온제어 | 기한: 2026-11-07</w:t>
        <w:br/>
        <w:t>기록 상태: 조치중</w:t>
        <w:br/>
        <w:t>관련 요건: G-CTL</w:t>
        <w:br/>
        <w:t>그림: 점검그림_04_CT-S301_가상.png</w:t>
      </w:r>
    </w:p>
    <w:p>
      <w:pPr>
        <w:pStyle w:val="Heading2"/>
      </w:pPr>
      <w:r>
        <w:t>M11 | CT-P302 | 제어반 중앙</w:t>
      </w:r>
    </w:p>
    <w:p>
      <w:r>
        <w:t>계통: 제어계통</w:t>
        <w:br/>
        <w:t>관찰: 화면 설명문 오탈자</w:t>
        <w:br/>
        <w:t>담당 협의: 다온제어 | 기한: 2026-11-11</w:t>
        <w:br/>
        <w:t>기록 상태: 조치중</w:t>
        <w:br/>
        <w:t>관련 요건: G-CTL</w:t>
        <w:br/>
        <w:t>그림: 없음</w:t>
      </w:r>
    </w:p>
    <w:p>
      <w:pPr>
        <w:pStyle w:val="Heading2"/>
      </w:pPr>
      <w:r>
        <w:t>M12 | CT-I303 | 제어반 우측</w:t>
      </w:r>
    </w:p>
    <w:p>
      <w:r>
        <w:t>계통: 제어계통</w:t>
        <w:br/>
        <w:t>관찰: 연동 시험 서명 누락</w:t>
        <w:br/>
        <w:t>담당 협의: 다온제어 | 기한: 2026-11-09</w:t>
        <w:br/>
        <w:t>기록 상태: 재검증 대기</w:t>
        <w:br/>
        <w:t>관련 요건: G-CTL</w:t>
        <w:br/>
        <w:t>그림: 점검그림_05_CT-I303_가상.png</w:t>
      </w:r>
    </w:p>
    <w:p>
      <w:r>
        <w:t>조치 보고는 받았으나 서명된 재시험 확인서가 아직 없다. 최종 완료 아님.</w:t>
      </w:r>
    </w:p>
    <w:p>
      <w:pPr>
        <w:pStyle w:val="Heading2"/>
      </w:pPr>
      <w:r>
        <w:t>M13 | CT-H304 | 제어실 입구</w:t>
      </w:r>
    </w:p>
    <w:p>
      <w:r>
        <w:t>계통: 제어계통</w:t>
        <w:br/>
        <w:t>관찰: 인수 문서 누락</w:t>
        <w:br/>
        <w:t>담당 협의: 미정 | 기한: 미정</w:t>
        <w:br/>
        <w:t>기록 상태: 미조치</w:t>
        <w:br/>
        <w:t>관련 요건: G-DOC</w:t>
        <w:br/>
        <w:t>그림: 없음</w:t>
      </w:r>
    </w:p>
    <w:p>
      <w:pPr>
        <w:pStyle w:val="Heading2"/>
      </w:pPr>
      <w:r>
        <w:t>M14 | FP-S401 | 소방반 앞</w:t>
      </w:r>
    </w:p>
    <w:p>
      <w:r>
        <w:t>계통: 소방 계통</w:t>
        <w:br/>
        <w:t>관찰: 시험 확인 서명 누락</w:t>
        <w:br/>
        <w:t>담당 협의: 청솔설비 | 기한: 2026-11-08</w:t>
        <w:br/>
        <w:t>기록 상태: 조치중</w:t>
        <w:br/>
        <w:t>관련 요건: G-FP</w:t>
        <w:br/>
        <w:t>그림: 점검그림_06_FP-S401_가상.png</w:t>
      </w:r>
    </w:p>
    <w:p>
      <w:pPr>
        <w:pStyle w:val="Heading2"/>
      </w:pPr>
      <w:r>
        <w:t>M15 | FP-L402 | 소방실 입구</w:t>
      </w:r>
    </w:p>
    <w:p>
      <w:r>
        <w:t>계통: 소방 계통</w:t>
        <w:br/>
        <w:t>관찰: 배관 이름표 글씨 흐림</w:t>
        <w:br/>
        <w:t>담당 협의: 청솔설비 | 기한: 2026-11-10</w:t>
        <w:br/>
        <w:t>기록 상태: 조치중</w:t>
        <w:br/>
        <w:t>관련 요건: G-TAG</w:t>
        <w:br/>
        <w:t>그림: 없음</w:t>
      </w:r>
    </w:p>
    <w:p>
      <w:pPr>
        <w:pStyle w:val="Heading2"/>
      </w:pPr>
      <w:r>
        <w:t>M16 | FP-A403 | 소방반 우측</w:t>
      </w:r>
    </w:p>
    <w:p>
      <w:r>
        <w:t>계통: 소방 계통</w:t>
        <w:br/>
        <w:t>관찰: 경보 연계 확인서 미첨부</w:t>
        <w:br/>
        <w:t>담당 협의: 하람전기 | 기한: 2026-11-11</w:t>
        <w:br/>
        <w:t>기록 상태: 재검증 대기</w:t>
        <w:br/>
        <w:t>관련 요건: G-FP</w:t>
        <w:br/>
        <w:t>그림: 없음</w:t>
      </w:r>
    </w:p>
    <w:p>
      <w:r>
        <w:t>조치 보고는 받았으나 서명된 재시험 확인서가 아직 없다. 최종 완료 아님.</w:t>
      </w:r>
    </w:p>
    <w:p>
      <w:r>
        <w:t>기록 확인: 동일 설비라도 관찰 내용이나 위치가 다르면 별도 항목으로 둔다. 이 자료에서는 설비 번호·위치·관찰 내용이 모두 같은 4건이 업체 보고에도 나타난다.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