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인터뷰 정리</w:t>
      </w:r>
    </w:p>
    <w:p>
      <w:r>
        <w:t>교육 영상 시연용 가상 자료 · 실제 조사·성과가 아닙니다.</w:t>
      </w:r>
    </w:p>
    <w:p>
      <w:r>
        <w:t>교육기획·연구·운영·컨설팅 실무자 6명의 가상 면담. 의도적으로 선정한 소수 사례로 비율 추정에 사용하지 않는다. 모두 가명이며 실제 녹취가 아니다.</w:t>
      </w:r>
    </w:p>
    <w:p>
      <w:pPr>
        <w:pStyle w:val="Heading1"/>
      </w:pPr>
      <w:r>
        <w:t>I01 | 면담가 | 교육기획</w:t>
      </w:r>
    </w:p>
    <w:p>
      <w:r>
        <w:t>원문 발췌: 실습한 내용을 업무에 쓰려니 참고할 예시가 더 필요했어요.</w:t>
      </w:r>
    </w:p>
    <w:p>
      <w:r>
        <w:t>정리한 주제: 업무 예시 필요</w:t>
      </w:r>
    </w:p>
    <w:p>
      <w:pPr>
        <w:pStyle w:val="Heading1"/>
      </w:pPr>
      <w:r>
        <w:t>I02 | 면담나 | 연구</w:t>
      </w:r>
    </w:p>
    <w:p>
      <w:r>
        <w:t>원문 발췌: 보고서에 붙일 수 있는 예시가 있으면 적용하기 쉬울 것 같아요.</w:t>
      </w:r>
    </w:p>
    <w:p>
      <w:r>
        <w:t>정리한 주제: 업무 예시 필요</w:t>
      </w:r>
    </w:p>
    <w:p>
      <w:pPr>
        <w:pStyle w:val="Heading1"/>
      </w:pPr>
      <w:r>
        <w:t>I03 | 면담다 | 교육운영</w:t>
      </w:r>
    </w:p>
    <w:p>
      <w:r>
        <w:t>원문 발췌: 배운 걸 쓰기 전에 업무 예시부터 찾아보게 돼요.</w:t>
      </w:r>
    </w:p>
    <w:p>
      <w:r>
        <w:t>정리한 주제: 업무 예시 필요</w:t>
      </w:r>
    </w:p>
    <w:p>
      <w:pPr>
        <w:pStyle w:val="Heading1"/>
      </w:pPr>
      <w:r>
        <w:t>I04 | 면담라 | 컨설팅</w:t>
      </w:r>
    </w:p>
    <w:p>
      <w:r>
        <w:t>원문 발췌: 연습 때처럼 따라 할 수 있는 업무 예시가 더 있으면 좋겠어요.</w:t>
      </w:r>
    </w:p>
    <w:p>
      <w:r>
        <w:t>정리한 주제: 업무 예시 필요</w:t>
      </w:r>
    </w:p>
    <w:p>
      <w:pPr>
        <w:pStyle w:val="Heading1"/>
      </w:pPr>
      <w:r>
        <w:t>I05 | 면담마 | 교육기획</w:t>
      </w:r>
    </w:p>
    <w:p>
      <w:r>
        <w:t>원문 발췌: 자료를 넣어도 되는지 내부 기준부터 확인해야 했어요.</w:t>
      </w:r>
    </w:p>
    <w:p>
      <w:r>
        <w:t>정리한 주제: 자료 사용 기준 필요</w:t>
      </w:r>
    </w:p>
    <w:p>
      <w:pPr>
        <w:pStyle w:val="Heading1"/>
      </w:pPr>
      <w:r>
        <w:t>I06 | 면담바 | 연구</w:t>
      </w:r>
    </w:p>
    <w:p>
      <w:r>
        <w:t>원문 발췌: 실제 문서를 쓰기 전에 가릴 항목을 정해 주면 좋겠어요.</w:t>
      </w:r>
    </w:p>
    <w:p>
      <w:r>
        <w:t>정리한 주제: 자료 사용 기준 필요</w:t>
      </w:r>
    </w:p>
    <w:p>
      <w:pPr>
        <w:pStyle w:val="Heading1"/>
      </w:pPr>
      <w:r>
        <w:t>앞 업무의 정리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주제</w:t>
            </w:r>
          </w:p>
        </w:tc>
        <w:tc>
          <w:tcPr>
            <w:tcW w:type="dxa" w:w="2880"/>
          </w:tcPr>
          <w:p>
            <w:r>
              <w:t>언급 사례</w:t>
            </w:r>
          </w:p>
        </w:tc>
        <w:tc>
          <w:tcPr>
            <w:tcW w:type="dxa" w:w="2880"/>
          </w:tcPr>
          <w:p>
            <w:r>
              <w:t>주의</w:t>
            </w:r>
          </w:p>
        </w:tc>
      </w:tr>
      <w:tr>
        <w:tc>
          <w:tcPr>
            <w:tcW w:type="dxa" w:w="2880"/>
          </w:tcPr>
          <w:p>
            <w:r>
              <w:t>업무 예시 필요</w:t>
            </w:r>
          </w:p>
        </w:tc>
        <w:tc>
          <w:tcPr>
            <w:tcW w:type="dxa" w:w="2880"/>
          </w:tcPr>
          <w:p>
            <w:r>
              <w:t>I01~I04 · 4명</w:t>
            </w:r>
          </w:p>
        </w:tc>
        <w:tc>
          <w:tcPr>
            <w:tcW w:type="dxa" w:w="2880"/>
          </w:tcPr>
          <w:p>
            <w:r>
              <w:t>전체 수강생의 4/6이라고 일반화하지 않음</w:t>
            </w:r>
          </w:p>
        </w:tc>
      </w:tr>
      <w:tr>
        <w:tc>
          <w:tcPr>
            <w:tcW w:type="dxa" w:w="2880"/>
          </w:tcPr>
          <w:p>
            <w:r>
              <w:t>자료 사용 기준 필요</w:t>
            </w:r>
          </w:p>
        </w:tc>
        <w:tc>
          <w:tcPr>
            <w:tcW w:type="dxa" w:w="2880"/>
          </w:tcPr>
          <w:p>
            <w:r>
              <w:t>I05~I06 · 2명</w:t>
            </w:r>
          </w:p>
        </w:tc>
        <w:tc>
          <w:tcPr>
            <w:tcW w:type="dxa" w:w="2880"/>
          </w:tcPr>
          <w:p>
            <w:r>
              <w:t>설문 원인으로 확정하지 않음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JJ교육연구원(가상, 교육 컨설팅·연수 기관, 연구원 85명)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