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학생별 교사 검토본 · 결과 예시</w:t>
      </w:r>
    </w:p>
    <w:p>
      <w:r>
        <w:t>실제 학생·실제 학교 자료가 아닙니다. 자동 기재·확정·학생 간 비교를 하지 않습니다.</w:t>
      </w:r>
    </w:p>
    <w:p>
      <w:r>
        <w:t>30명 = 초안 28명 + 보류 2명. 교사 최종 확인 0명. 아래 문구는 학습용 참고이며 공식 학생부에 그대로 옮기지 않습니다.</w:t>
      </w:r>
    </w:p>
    <w:p>
      <w:r>
        <w:br w:type="page"/>
      </w:r>
    </w:p>
    <w:p>
      <w:pPr>
        <w:pStyle w:val="Heading1"/>
      </w:pPr>
      <w:r>
        <w:t>S001 · 가온(가명)</w:t>
      </w:r>
    </w:p>
    <w:p>
      <w:r>
        <w:t>피드백 초안 : 자료의 중심 내용을 한 문장으로 적었어. 근거가 주장을 어떻게 뒷받침하는지 한 문장 더 써 보자.</w:t>
      </w:r>
    </w:p>
    <w:p>
      <w:r>
        <w:t>기록 문구 검토 초안 : 자료의 중심 내용을 한 문장으로 적음. 짝의 질문을 듣고 근거 문장을 덧붙임.</w:t>
      </w:r>
    </w:p>
    <w:p>
      <w:r>
        <w:t>대조할 근거 : O001, O002 / G001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pPr>
        <w:pStyle w:val="Heading1"/>
      </w:pPr>
      <w:r>
        <w:t>S002 · 나래(가명)</w:t>
      </w:r>
    </w:p>
    <w:p>
      <w:r>
        <w:t>피드백 초안 : 두 자료의 공통점을 표로 정리했어. 다른 점도 한 가지 찾아 표에 추가해 보자.</w:t>
      </w:r>
    </w:p>
    <w:p>
      <w:r>
        <w:t>기록 문구 검토 초안 : 두 자료의 공통점을 표로 정리함. 출처가 빠진 칸에 자료 제목을 적음.</w:t>
      </w:r>
    </w:p>
    <w:p>
      <w:r>
        <w:t>대조할 근거 : O003, O004 / G002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r>
        <w:br w:type="page"/>
      </w:r>
    </w:p>
    <w:p>
      <w:pPr>
        <w:pStyle w:val="Heading1"/>
      </w:pPr>
      <w:r>
        <w:t>S003 · 다온(가명)</w:t>
      </w:r>
    </w:p>
    <w:p>
      <w:r>
        <w:t>피드백 초안 : 주장과 근거 문장에 서로 다른 표시를 했어. 근거와 의견이 섞인 문장을 한 번 더 구분해 보자.</w:t>
      </w:r>
    </w:p>
    <w:p>
      <w:r>
        <w:t>기록 문구 검토 초안 : 주장과 근거 문장에 서로 다른 표시를 함. 발표에서 근거가 나온 문단을 가리킴.</w:t>
      </w:r>
    </w:p>
    <w:p>
      <w:r>
        <w:t>대조할 근거 : O005, O006 / G003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pPr>
        <w:pStyle w:val="Heading1"/>
      </w:pPr>
      <w:r>
        <w:t>S004 · 라온(가명)</w:t>
      </w:r>
    </w:p>
    <w:p>
      <w:r>
        <w:t>피드백 초안 : 모둠 기록지의 빈칸을 찾아 질문했어. 고친 까닭을 기록지 옆에 짧게 적어 보자.</w:t>
      </w:r>
    </w:p>
    <w:p>
      <w:r>
        <w:t>기록 문구 검토 초안 : 모둠 기록지의 빈칸을 찾아 질문함. 친구의 설명을 듣고 요약 문장을 고침.</w:t>
      </w:r>
    </w:p>
    <w:p>
      <w:r>
        <w:t>대조할 근거 : O007, O008 / G004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r>
        <w:br w:type="page"/>
      </w:r>
    </w:p>
    <w:p>
      <w:pPr>
        <w:pStyle w:val="Heading1"/>
      </w:pPr>
      <w:r>
        <w:t>S005 · 마루(가명)</w:t>
      </w:r>
    </w:p>
    <w:p>
      <w:r>
        <w:t>피드백 초안 : 도표에서 항목별 값을 찾아 적었어. 도표의 변화가 뜻하는 바를 한 문장 써 보자.</w:t>
      </w:r>
    </w:p>
    <w:p>
      <w:r>
        <w:t>기록 문구 검토 초안 : 도표에서 항목별 값을 찾아 적음. 발표 자료에 값의 단위를 덧붙임.</w:t>
      </w:r>
    </w:p>
    <w:p>
      <w:r>
        <w:t>대조할 근거 : O009, O010 / G005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pPr>
        <w:pStyle w:val="Heading1"/>
      </w:pPr>
      <w:r>
        <w:t>S006 · 바다(가명)</w:t>
      </w:r>
    </w:p>
    <w:p>
      <w:r>
        <w:t>피드백 초안 : 읽기 전에 궁금한 점을 질문으로 적었어. 답을 찾지 못한 질문도 남겨 두고 자료를 더 찾아보자.</w:t>
      </w:r>
    </w:p>
    <w:p>
      <w:r>
        <w:t>기록 문구 검토 초안 : 읽기 전에 궁금한 점을 질문으로 적음. 자료를 읽은 뒤 답을 찾은 부분에 표시함.</w:t>
      </w:r>
    </w:p>
    <w:p>
      <w:r>
        <w:t>대조할 근거 : O011, O012 / G006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r>
        <w:br w:type="page"/>
      </w:r>
    </w:p>
    <w:p>
      <w:pPr>
        <w:pStyle w:val="Heading1"/>
      </w:pPr>
      <w:r>
        <w:t>S007 · 새봄(가명)</w:t>
      </w:r>
    </w:p>
    <w:p>
      <w:r>
        <w:t>피드백 초안 : 두 주장의 차이를 말로 설명했어. 반대 의견에도 답할 수 있는 근거를 하나 더 골라 보자.</w:t>
      </w:r>
    </w:p>
    <w:p>
      <w:r>
        <w:t>기록 문구 검토 초안 : 두 주장의 차이를 말로 설명함. 반대 의견을 들은 뒤 자신의 근거를 다시 읽음.</w:t>
      </w:r>
    </w:p>
    <w:p>
      <w:r>
        <w:t>대조할 근거 : O013, O014 / G007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pPr>
        <w:pStyle w:val="Heading1"/>
      </w:pPr>
      <w:r>
        <w:t>S008 · 아람(가명)</w:t>
      </w:r>
    </w:p>
    <w:p>
      <w:r>
        <w:t>피드백 초안 : 자료의 제목과 작성 시기를 적었어. 작성 시기가 판단에 어떤 영향을 주는지 덧붙여 보자.</w:t>
      </w:r>
    </w:p>
    <w:p>
      <w:r>
        <w:t>기록 문구 검토 초안 : 자료의 제목과 작성 시기를 적음. 오래된 자료라는 점을 발표에서 언급함.</w:t>
      </w:r>
    </w:p>
    <w:p>
      <w:r>
        <w:t>대조할 근거 : O015, O016 / G008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r>
        <w:br w:type="page"/>
      </w:r>
    </w:p>
    <w:p>
      <w:pPr>
        <w:pStyle w:val="Heading1"/>
      </w:pPr>
      <w:r>
        <w:t>S009 · 여울(가명)</w:t>
      </w:r>
    </w:p>
    <w:p>
      <w:r>
        <w:t>피드백 초안 : 문단별 핵심 낱말을 골라 적었어. 요약에서 빠진 중요한 내용이 있는지 원문과 비교해 보자.</w:t>
      </w:r>
    </w:p>
    <w:p>
      <w:r>
        <w:t>기록 문구 검토 초안 : 문단별 핵심 낱말을 골라 적음. 핵심 낱말을 연결해 요약 문장을 만듦.</w:t>
      </w:r>
    </w:p>
    <w:p>
      <w:r>
        <w:t>대조할 근거 : O017, O018 / G009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pPr>
        <w:pStyle w:val="Heading1"/>
      </w:pPr>
      <w:r>
        <w:t>S010 · 온유(가명)</w:t>
      </w:r>
    </w:p>
    <w:p>
      <w:r>
        <w:t>피드백 초안 : 토의 중 친구의 의견을 기록했어. 확인받은 의견과 네 생각을 칸을 나누어 적어 보자.</w:t>
      </w:r>
    </w:p>
    <w:p>
      <w:r>
        <w:t>기록 문구 검토 초안 : 토의 중 친구의 의견을 기록함. 기록한 의견을 읽어 주고 내용이 맞는지 물음.</w:t>
      </w:r>
    </w:p>
    <w:p>
      <w:r>
        <w:t>대조할 근거 : O019, O020 / G010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r>
        <w:br w:type="page"/>
      </w:r>
    </w:p>
    <w:p>
      <w:pPr>
        <w:pStyle w:val="Heading1"/>
      </w:pPr>
      <w:r>
        <w:t>S011 · 이든(가명)</w:t>
      </w:r>
    </w:p>
    <w:p>
      <w:r>
        <w:t>피드백 초안 : 근거 없이 쓴 문장에 물음표를 붙였어. 찾은 문장이 주장을 직접 뒷받침하는지 설명해 보자.</w:t>
      </w:r>
    </w:p>
    <w:p>
      <w:r>
        <w:t>기록 문구 검토 초안 : 근거 없이 쓴 문장에 물음표를 붙임. 자료를 다시 읽고 관련 문장을 찾아 적음.</w:t>
      </w:r>
    </w:p>
    <w:p>
      <w:r>
        <w:t>대조할 근거 : O021, O022 / G011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pPr>
        <w:pStyle w:val="Heading1"/>
      </w:pPr>
      <w:r>
        <w:t>S012 · 자람(가명)</w:t>
      </w:r>
    </w:p>
    <w:p>
      <w:r>
        <w:t>피드백 초안 : 모둠에서 맡은 자료의 핵심을 정리했어. 다른 자료와 이어지는 부분을 찾아 한 줄 더 써 보자.</w:t>
      </w:r>
    </w:p>
    <w:p>
      <w:r>
        <w:t>기록 문구 검토 초안 : 모둠에서 맡은 자료의 핵심을 정리함. 정리한 내용을 모둠 기록지에 옮김.</w:t>
      </w:r>
    </w:p>
    <w:p>
      <w:r>
        <w:t>대조할 근거 : O023, O024 / G012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r>
        <w:br w:type="page"/>
      </w:r>
    </w:p>
    <w:p>
      <w:pPr>
        <w:pStyle w:val="Heading1"/>
      </w:pPr>
      <w:r>
        <w:t>S013 · 초롱(가명)</w:t>
      </w:r>
    </w:p>
    <w:p>
      <w:r>
        <w:t>피드백 초안 : 제시된 사례를 기준별로 나눴어. 서로 다른 분류 기준을 나란히 써 보자.</w:t>
      </w:r>
    </w:p>
    <w:p>
      <w:r>
        <w:t>기록 문구 검토 초안 : 제시된 사례를 기준별로 나눔. 분류가 다른 친구에게 기준을 질문함.</w:t>
      </w:r>
    </w:p>
    <w:p>
      <w:r>
        <w:t>대조할 근거 : O025, O026 / G013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pPr>
        <w:pStyle w:val="Heading1"/>
      </w:pPr>
      <w:r>
        <w:t>S014 · 하람(가명)</w:t>
      </w:r>
    </w:p>
    <w:p>
      <w:r>
        <w:t>피드백 초안 : 긴 문장을 짧은 두 문장으로 나눴어. 빠진 조건이 없는지 마지막으로 확인해 보자.</w:t>
      </w:r>
    </w:p>
    <w:p>
      <w:r>
        <w:t>기록 문구 검토 초안 : 긴 문장을 짧은 두 문장으로 나눔. 의미가 바뀌지 않았는지 원문과 비교함.</w:t>
      </w:r>
    </w:p>
    <w:p>
      <w:r>
        <w:t>대조할 근거 : O027, O028 / G014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r>
        <w:br w:type="page"/>
      </w:r>
    </w:p>
    <w:p>
      <w:pPr>
        <w:pStyle w:val="Heading1"/>
      </w:pPr>
      <w:r>
        <w:t>S015 · 한결(가명)</w:t>
      </w:r>
    </w:p>
    <w:p>
      <w:r>
        <w:t>피드백 초안 : 자료에서 낯선 낱말을 표시했어. 짐작한 뜻이 다른 문장에도 맞는지 확인해 보자.</w:t>
      </w:r>
    </w:p>
    <w:p>
      <w:r>
        <w:t>기록 문구 검토 초안 : 자료에서 낯선 낱말을 표시함. 문맥에서 뜻을 짐작해 옆에 적음.</w:t>
      </w:r>
    </w:p>
    <w:p>
      <w:r>
        <w:t>대조할 근거 : O029, O030 / G015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pPr>
        <w:pStyle w:val="Heading1"/>
      </w:pPr>
      <w:r>
        <w:t>S016 · 해솔(가명)</w:t>
      </w:r>
    </w:p>
    <w:p>
      <w:r>
        <w:t>피드백 초안 : 주장의 이유를 순서대로 번호 매겼어. 남은 이유마다 근거를 하나씩 연결해 보자.</w:t>
      </w:r>
    </w:p>
    <w:p>
      <w:r>
        <w:t>기록 문구 검토 초안 : 주장의 이유를 순서대로 번호 매김. 이유가 겹치는 부분을 지우고 다시 정리함.</w:t>
      </w:r>
    </w:p>
    <w:p>
      <w:r>
        <w:t>대조할 근거 : O031, O032 / G016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r>
        <w:br w:type="page"/>
      </w:r>
    </w:p>
    <w:p>
      <w:pPr>
        <w:pStyle w:val="Heading1"/>
      </w:pPr>
      <w:r>
        <w:t>S017 · 누리(가명)</w:t>
      </w:r>
    </w:p>
    <w:p>
      <w:r>
        <w:t>피드백 초안 : 발표 전에 설명할 순서를 메모했어. 추가한 설명이 자료에 있는 내용인지 표시해 보자.</w:t>
      </w:r>
    </w:p>
    <w:p>
      <w:r>
        <w:t>기록 문구 검토 초안 : 발표 전에 설명할 순서를 메모함. 친구의 질문을 듣고 빠진 설명을 덧붙임.</w:t>
      </w:r>
    </w:p>
    <w:p>
      <w:r>
        <w:t>대조할 근거 : O033, O034 / G017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pPr>
        <w:pStyle w:val="Heading1"/>
      </w:pPr>
      <w:r>
        <w:t>S018 · 다솜(가명)</w:t>
      </w:r>
    </w:p>
    <w:p>
      <w:r>
        <w:t>피드백 초안 : 표에 있는 두 항목을 비교해 말했어. 차이가 난 이유는 자료에서 확인되는 만큼만 적어 보자.</w:t>
      </w:r>
    </w:p>
    <w:p>
      <w:r>
        <w:t>기록 문구 검토 초안 : 표에 있는 두 항목을 비교해 말함. 비교 문장에 같은 기준을 적용해 다시 씀.</w:t>
      </w:r>
    </w:p>
    <w:p>
      <w:r>
        <w:t>대조할 근거 : O035, O036 / G018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r>
        <w:br w:type="page"/>
      </w:r>
    </w:p>
    <w:p>
      <w:pPr>
        <w:pStyle w:val="Heading1"/>
      </w:pPr>
      <w:r>
        <w:t>S019 · 도담(가명)</w:t>
      </w:r>
    </w:p>
    <w:p>
      <w:r>
        <w:t>피드백 초안 : 읽은 내용 중 사실과 의견을 나눠 적었어. 어려웠던 문장을 고른 까닭을 써 보자.</w:t>
      </w:r>
    </w:p>
    <w:p>
      <w:r>
        <w:t>기록 문구 검토 초안 : 읽은 내용 중 사실과 의견을 나눠 적음. 분류가 어려운 문장을 질문 칸에 남김.</w:t>
      </w:r>
    </w:p>
    <w:p>
      <w:r>
        <w:t>대조할 근거 : O037, O038 / G019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pPr>
        <w:pStyle w:val="Heading1"/>
      </w:pPr>
      <w:r>
        <w:t>S020 · 로아(가명)</w:t>
      </w:r>
    </w:p>
    <w:p>
      <w:r>
        <w:t>피드백 초안 : 모둠 토의에서 자료의 한계를 질문했어. 확인할 자료와 확인할 질문을 짝지어 보자.</w:t>
      </w:r>
    </w:p>
    <w:p>
      <w:r>
        <w:t>기록 문구 검토 초안 : 모둠 토의에서 자료의 한계를 질문함. 발표 뒤 확인하지 못한 부분을 기록함.</w:t>
      </w:r>
    </w:p>
    <w:p>
      <w:r>
        <w:t>대조할 근거 : O039, O040 / G020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r>
        <w:br w:type="page"/>
      </w:r>
    </w:p>
    <w:p>
      <w:pPr>
        <w:pStyle w:val="Heading1"/>
      </w:pPr>
      <w:r>
        <w:t>S021 · 미르(가명)</w:t>
      </w:r>
    </w:p>
    <w:p>
      <w:r>
        <w:t>피드백 초안 : 예시를 들어 주장을 설명했어. 새 예시가 주장과 어떻게 이어지는지 써 보자.</w:t>
      </w:r>
    </w:p>
    <w:p>
      <w:r>
        <w:t>기록 문구 검토 초안 : 예시를 들어 주장을 설명함. 예시가 맞지 않는다는 의견을 듣고 고침.</w:t>
      </w:r>
    </w:p>
    <w:p>
      <w:r>
        <w:t>대조할 근거 : O041, O042 / G021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pPr>
        <w:pStyle w:val="Heading1"/>
      </w:pPr>
      <w:r>
        <w:t>S022 · 보람(가명)</w:t>
      </w:r>
    </w:p>
    <w:p>
      <w:r>
        <w:t>피드백 초안 : 문단을 읽고 질문을 하나 만들었어. 답이 여러 개일 수 있는 질문도 만들어 보자.</w:t>
      </w:r>
    </w:p>
    <w:p>
      <w:r>
        <w:t>기록 문구 검토 초안 : 문단을 읽고 질문을 하나 만듦. 친구의 답을 원문과 대조함.</w:t>
      </w:r>
    </w:p>
    <w:p>
      <w:r>
        <w:t>대조할 근거 : O043, O044 / G022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r>
        <w:br w:type="page"/>
      </w:r>
    </w:p>
    <w:p>
      <w:pPr>
        <w:pStyle w:val="Heading1"/>
      </w:pPr>
      <w:r>
        <w:t>S023 · 소담(가명)</w:t>
      </w:r>
    </w:p>
    <w:p>
      <w:r>
        <w:t>피드백 초안 : 수정 전후 문장을 나란히 적었어. 문장의 뜻이 더 분명해졌는지 짝에게 물어보자.</w:t>
      </w:r>
    </w:p>
    <w:p>
      <w:r>
        <w:t>기록 문구 검토 초안 : 수정 전후 문장을 나란히 적음. 달라진 낱말에 표시하고 이유를 설명함.</w:t>
      </w:r>
    </w:p>
    <w:p>
      <w:r>
        <w:t>대조할 근거 : O045, O046 / G023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pPr>
        <w:pStyle w:val="Heading1"/>
      </w:pPr>
      <w:r>
        <w:t>S024 · 시온(가명)</w:t>
      </w:r>
    </w:p>
    <w:p>
      <w:r>
        <w:t>피드백 초안 : 도표 제목을 읽고 조사 대상을 찾음. 자료의 범위를 벗어난 결론은 없는지 살펴보자.</w:t>
      </w:r>
    </w:p>
    <w:p>
      <w:r>
        <w:t>기록 문구 검토 초안 : 도표 제목을 읽고 조사 대상을 찾음. 자료가 다루지 않은 대상을 질문함.</w:t>
      </w:r>
    </w:p>
    <w:p>
      <w:r>
        <w:t>대조할 근거 : O047, O048 / G024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r>
        <w:br w:type="page"/>
      </w:r>
    </w:p>
    <w:p>
      <w:pPr>
        <w:pStyle w:val="Heading1"/>
      </w:pPr>
      <w:r>
        <w:t>S025 · 유안(가명)</w:t>
      </w:r>
    </w:p>
    <w:p>
      <w:r>
        <w:t>피드백 초안 : 토의 기록을 주제별로 묶었어. 묶음마다 알맞은 제목을 붙여 보자.</w:t>
      </w:r>
    </w:p>
    <w:p>
      <w:r>
        <w:t>기록 문구 검토 초안 : 토의 기록을 주제별로 묶음. 주제와 관계가 적은 문장을 따로 옮김.</w:t>
      </w:r>
    </w:p>
    <w:p>
      <w:r>
        <w:t>대조할 근거 : O049, O050 / G025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pPr>
        <w:pStyle w:val="Heading1"/>
      </w:pPr>
      <w:r>
        <w:t>S026 · 지음(가명)</w:t>
      </w:r>
    </w:p>
    <w:p>
      <w:r>
        <w:t>피드백 초안 : 주장에 맞는 근거 두 개를 골랐어. 서로 다른 역할을 하는 근거인지 한 줄 설명해 보자.</w:t>
      </w:r>
    </w:p>
    <w:p>
      <w:r>
        <w:t>기록 문구 검토 초안 : 주장에 맞는 근거 두 개를 고름. 두 근거가 겹치는지 비교해 말함.</w:t>
      </w:r>
    </w:p>
    <w:p>
      <w:r>
        <w:t>대조할 근거 : O051, O052 / G026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r>
        <w:br w:type="page"/>
      </w:r>
    </w:p>
    <w:p>
      <w:pPr>
        <w:pStyle w:val="Heading1"/>
      </w:pPr>
      <w:r>
        <w:t>S027 · 채움(가명)</w:t>
      </w:r>
    </w:p>
    <w:p>
      <w:r>
        <w:t>피드백 초안 : 자료에서 확인되는 수치를 적었어. 같은 시점의 값끼리 비교했는지 다시 확인해 보자.</w:t>
      </w:r>
    </w:p>
    <w:p>
      <w:r>
        <w:t>기록 문구 검토 초안 : 자료에서 확인되는 수치를 적음. 수치 옆에 기준 시점을 덧붙임.</w:t>
      </w:r>
    </w:p>
    <w:p>
      <w:r>
        <w:t>대조할 근거 : O053, O054 / G027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pPr>
        <w:pStyle w:val="Heading1"/>
      </w:pPr>
      <w:r>
        <w:t>S028 · 푸름(가명)</w:t>
      </w:r>
    </w:p>
    <w:p>
      <w:r>
        <w:t>피드백 초안 : 자료를 읽고 자신의 첫 생각을 적었어. 생각이 바뀐 근거 문장을 원문에서 표시해 보자.</w:t>
      </w:r>
    </w:p>
    <w:p>
      <w:r>
        <w:t>기록 문구 검토 초안 : 자료를 읽고 자신의 첫 생각을 적음. 토의 뒤 바뀐 생각과 그 이유를 적음.</w:t>
      </w:r>
    </w:p>
    <w:p>
      <w:r>
        <w:t>대조할 근거 : O055, O056 / G028</w:t>
      </w:r>
    </w:p>
    <w:p>
      <w:r>
        <w:t>상태 : 초안 있음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r>
        <w:br w:type="page"/>
      </w:r>
    </w:p>
    <w:p>
      <w:pPr>
        <w:pStyle w:val="Heading1"/>
      </w:pPr>
      <w:r>
        <w:t>S029 · 하늘(가명)</w:t>
      </w:r>
    </w:p>
    <w:p>
      <w:r>
        <w:t>피드백 초안 : (확인 필요) 관찰 메모와 교사 확인 채점을 먼저 보완.</w:t>
      </w:r>
    </w:p>
    <w:p>
      <w:r>
        <w:t>기록 문구 검토 초안 : (확인 필요) 직접 관찰 메모가 없어 작성 보류.</w:t>
      </w:r>
    </w:p>
    <w:p>
      <w:r>
        <w:t>대조할 근거 : O057: 내용 빈칸 / G029 미확인·미사용</w:t>
      </w:r>
    </w:p>
    <w:p>
      <w:r>
        <w:t>상태 : 보류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p>
      <w:pPr>
        <w:pStyle w:val="Heading1"/>
      </w:pPr>
      <w:r>
        <w:t>S030 · 해봄(가명)</w:t>
      </w:r>
    </w:p>
    <w:p>
      <w:r>
        <w:t>피드백 초안 : (확인 필요) 관찰 메모와 교사 확인 채점을 먼저 보완.</w:t>
      </w:r>
    </w:p>
    <w:p>
      <w:r>
        <w:t>기록 문구 검토 초안 : (확인 필요) 직접 관찰 메모가 없어 작성 보류.</w:t>
      </w:r>
    </w:p>
    <w:p>
      <w:r>
        <w:t>대조할 근거 : O058: 내용 빈칸 / G030 미확인·미사용</w:t>
      </w:r>
    </w:p>
    <w:p>
      <w:r>
        <w:t>상태 : 보류 · 교사 최종 미확인</w:t>
      </w:r>
    </w:p>
    <w:p>
      <w:r>
        <w:t>교사가 직접 확인한 사실·수정 사유: ____________________</w:t>
      </w:r>
    </w:p>
    <w:p>
      <w:r>
        <w:t>교사 최종 확인자: ______________  확인일: 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800" w:bottom="8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교사 검토 전 사용 금지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JJ교육연구원 · 교원 연수용 가상 수업 | 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