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학생용 | 설문 결과 읽기 수준별 연습</w:t>
      </w:r>
    </w:p>
    <w:p>
      <w:pPr>
        <w:pStyle w:val="Heading1"/>
        <w:pageBreakBefore w:val="0"/>
      </w:pPr>
      <w:r>
        <w:t>기초 연습 · 4문항</w:t>
      </w:r>
    </w:p>
    <w:p>
      <w:r>
        <w:t>이름을 쓰지 않아도 됩니다. 연습 수준은 이해도에 맞춰 바꿀 수 있습니다. 계산기 사용 가능. 답과 근거를 함께 적어 보세요.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</w:tcPr>
          <w:p>
            <w:r>
              <w:t>반</w:t>
            </w:r>
          </w:p>
        </w:tc>
        <w:tc>
          <w:tcPr>
            <w:tcW w:type="dxa" w:w="2521"/>
          </w:tcPr>
          <w:p>
            <w:r>
              <w:t>등록</w:t>
            </w:r>
          </w:p>
        </w:tc>
        <w:tc>
          <w:tcPr>
            <w:tcW w:type="dxa" w:w="2521"/>
          </w:tcPr>
          <w:p>
            <w:r>
              <w:t>참여</w:t>
            </w:r>
          </w:p>
        </w:tc>
        <w:tc>
          <w:tcPr>
            <w:tcW w:type="dxa" w:w="2521"/>
          </w:tcPr>
          <w:p>
            <w:r>
              <w:t>만족도 원점수</w:t>
            </w:r>
          </w:p>
        </w:tc>
      </w:tr>
      <w:tr>
        <w:tc>
          <w:tcPr>
            <w:tcW w:type="dxa" w:w="2521"/>
          </w:tcPr>
          <w:p>
            <w:r>
              <w:t>가반</w:t>
            </w:r>
          </w:p>
        </w:tc>
        <w:tc>
          <w:tcPr>
            <w:tcW w:type="dxa" w:w="2521"/>
          </w:tcPr>
          <w:p>
            <w:r>
              <w:t>30명</w:t>
            </w:r>
          </w:p>
        </w:tc>
        <w:tc>
          <w:tcPr>
            <w:tcW w:type="dxa" w:w="2521"/>
          </w:tcPr>
          <w:p>
            <w:r>
              <w:t>24명</w:t>
            </w:r>
          </w:p>
        </w:tc>
        <w:tc>
          <w:tcPr>
            <w:tcW w:type="dxa" w:w="2521"/>
          </w:tcPr>
          <w:p>
            <w:r>
              <w:t>4 / 4 / 5 / 3 / 4</w:t>
            </w:r>
          </w:p>
        </w:tc>
      </w:tr>
      <w:tr>
        <w:tc>
          <w:tcPr>
            <w:tcW w:type="dxa" w:w="2521"/>
          </w:tcPr>
          <w:p>
            <w:r>
              <w:t>나반</w:t>
            </w:r>
          </w:p>
        </w:tc>
        <w:tc>
          <w:tcPr>
            <w:tcW w:type="dxa" w:w="2521"/>
          </w:tcPr>
          <w:p>
            <w:r>
              <w:t>30명</w:t>
            </w:r>
          </w:p>
        </w:tc>
        <w:tc>
          <w:tcPr>
            <w:tcW w:type="dxa" w:w="2521"/>
          </w:tcPr>
          <w:p>
            <w:r>
              <w:t>18명</w:t>
            </w:r>
          </w:p>
        </w:tc>
        <w:tc>
          <w:tcPr>
            <w:tcW w:type="dxa" w:w="2521"/>
          </w:tcPr>
          <w:p>
            <w:r>
              <w:t>3 / 4 / 3 / 5 / 5</w:t>
            </w:r>
          </w:p>
        </w:tc>
      </w:tr>
    </w:tbl>
    <w:p>
      <w:r>
        <w:t>기1 | 가반 참여율의 기준이 되는 전체 인원은? 보기: 24명 / 30명</w:t>
      </w:r>
    </w:p>
    <w:p>
      <w:r>
        <w:t>답·근거: __________________________________________________</w:t>
      </w:r>
    </w:p>
    <w:p>
      <w:r>
        <w:t>기2 | 가반은 80%, 나반은 60%다. 차이의 빈칸을 채워 보자. 80 − 60 = (    )%p. 보기: 20 / 30</w:t>
      </w:r>
    </w:p>
    <w:p>
      <w:r>
        <w:t>답·근거: __________________________________________________</w:t>
      </w:r>
    </w:p>
    <w:p>
      <w:r>
        <w:t>기3 | 가반 참여율을 채워 보자. 24 ÷ 30 × 100 = (    )%</w:t>
      </w:r>
    </w:p>
    <w:p>
      <w:r>
        <w:t>답·근거: __________________________________________________</w:t>
      </w:r>
    </w:p>
    <w:p>
      <w:r>
        <w:t>기4 | 가반 만족도 평균을 채워 보자. (4+4+5+3+4) ÷ 5 = (    )점</w:t>
      </w:r>
    </w:p>
    <w:p>
      <w:r>
        <w:t>답·근거: __________________________________________________</w:t>
      </w:r>
    </w:p>
    <w:p>
      <w:r>
        <w:t>막히면: 교재에서 기준 인원과 원점수를 다시 찾고, 도움을 요청해 보세요.</w:t>
      </w:r>
    </w:p>
    <w:p>
      <w:pPr>
        <w:pStyle w:val="Heading1"/>
        <w:pageBreakBefore/>
      </w:pPr>
      <w:r>
        <w:t>보통 연습 · 4문항</w:t>
      </w:r>
    </w:p>
    <w:p>
      <w:r>
        <w:t>이름을 쓰지 않아도 됩니다. 연습 수준은 이해도에 맞춰 바꿀 수 있습니다. 계산기 사용 가능. 답과 근거를 함께 적어 보세요.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</w:tcPr>
          <w:p>
            <w:r>
              <w:t>반</w:t>
            </w:r>
          </w:p>
        </w:tc>
        <w:tc>
          <w:tcPr>
            <w:tcW w:type="dxa" w:w="2521"/>
          </w:tcPr>
          <w:p>
            <w:r>
              <w:t>등록</w:t>
            </w:r>
          </w:p>
        </w:tc>
        <w:tc>
          <w:tcPr>
            <w:tcW w:type="dxa" w:w="2521"/>
          </w:tcPr>
          <w:p>
            <w:r>
              <w:t>참여</w:t>
            </w:r>
          </w:p>
        </w:tc>
        <w:tc>
          <w:tcPr>
            <w:tcW w:type="dxa" w:w="2521"/>
          </w:tcPr>
          <w:p>
            <w:r>
              <w:t>만족도 원점수</w:t>
            </w:r>
          </w:p>
        </w:tc>
      </w:tr>
      <w:tr>
        <w:tc>
          <w:tcPr>
            <w:tcW w:type="dxa" w:w="2521"/>
          </w:tcPr>
          <w:p>
            <w:r>
              <w:t>가반</w:t>
            </w:r>
          </w:p>
        </w:tc>
        <w:tc>
          <w:tcPr>
            <w:tcW w:type="dxa" w:w="2521"/>
          </w:tcPr>
          <w:p>
            <w:r>
              <w:t>30명</w:t>
            </w:r>
          </w:p>
        </w:tc>
        <w:tc>
          <w:tcPr>
            <w:tcW w:type="dxa" w:w="2521"/>
          </w:tcPr>
          <w:p>
            <w:r>
              <w:t>24명</w:t>
            </w:r>
          </w:p>
        </w:tc>
        <w:tc>
          <w:tcPr>
            <w:tcW w:type="dxa" w:w="2521"/>
          </w:tcPr>
          <w:p>
            <w:r>
              <w:t>4 / 4 / 5 / 3 / 4</w:t>
            </w:r>
          </w:p>
        </w:tc>
      </w:tr>
      <w:tr>
        <w:tc>
          <w:tcPr>
            <w:tcW w:type="dxa" w:w="2521"/>
          </w:tcPr>
          <w:p>
            <w:r>
              <w:t>나반</w:t>
            </w:r>
          </w:p>
        </w:tc>
        <w:tc>
          <w:tcPr>
            <w:tcW w:type="dxa" w:w="2521"/>
          </w:tcPr>
          <w:p>
            <w:r>
              <w:t>30명</w:t>
            </w:r>
          </w:p>
        </w:tc>
        <w:tc>
          <w:tcPr>
            <w:tcW w:type="dxa" w:w="2521"/>
          </w:tcPr>
          <w:p>
            <w:r>
              <w:t>18명</w:t>
            </w:r>
          </w:p>
        </w:tc>
        <w:tc>
          <w:tcPr>
            <w:tcW w:type="dxa" w:w="2521"/>
          </w:tcPr>
          <w:p>
            <w:r>
              <w:t>3 / 4 / 3 / 5 / 5</w:t>
            </w:r>
          </w:p>
        </w:tc>
      </w:tr>
    </w:tbl>
    <w:p>
      <w:r>
        <w:t>보1 | 나반 참여율을 계산하고 식을 적어 보자.</w:t>
      </w:r>
    </w:p>
    <w:p>
      <w:r>
        <w:t>답·근거: __________________________________________________</w:t>
      </w:r>
    </w:p>
    <w:p>
      <w:r>
        <w:t>보2 | 가반과 나반의 참여율 차이를 단위까지 적어 보자.</w:t>
      </w:r>
    </w:p>
    <w:p>
      <w:r>
        <w:t>답·근거: __________________________________________________</w:t>
      </w:r>
    </w:p>
    <w:p>
      <w:r>
        <w:t>보3 | 나반 만족도 평균을 계산하고 가반과 비교해 보자.</w:t>
      </w:r>
    </w:p>
    <w:p>
      <w:r>
        <w:t>답·근거: __________________________________________________</w:t>
      </w:r>
    </w:p>
    <w:p>
      <w:r>
        <w:t>보4 | 두 반에서 3점과 5점 응답 개수를 각각 세어 보자.</w:t>
      </w:r>
    </w:p>
    <w:p>
      <w:r>
        <w:t>답·근거: __________________________________________________</w:t>
      </w:r>
    </w:p>
    <w:p>
      <w:r>
        <w:t>막히면: 교재에서 기준 인원과 원점수를 다시 찾고, 도움을 요청해 보세요.</w:t>
      </w:r>
    </w:p>
    <w:p>
      <w:pPr>
        <w:pStyle w:val="Heading1"/>
        <w:pageBreakBefore/>
      </w:pPr>
      <w:r>
        <w:t>심화 연습 · 4문항</w:t>
      </w:r>
    </w:p>
    <w:p>
      <w:r>
        <w:t>이름을 쓰지 않아도 됩니다. 연습 수준은 이해도에 맞춰 바꿀 수 있습니다. 계산기 사용 가능. 답과 근거를 함께 적어 보세요.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</w:tcPr>
          <w:p>
            <w:r>
              <w:t>반</w:t>
            </w:r>
          </w:p>
        </w:tc>
        <w:tc>
          <w:tcPr>
            <w:tcW w:type="dxa" w:w="2521"/>
          </w:tcPr>
          <w:p>
            <w:r>
              <w:t>등록</w:t>
            </w:r>
          </w:p>
        </w:tc>
        <w:tc>
          <w:tcPr>
            <w:tcW w:type="dxa" w:w="2521"/>
          </w:tcPr>
          <w:p>
            <w:r>
              <w:t>참여</w:t>
            </w:r>
          </w:p>
        </w:tc>
        <w:tc>
          <w:tcPr>
            <w:tcW w:type="dxa" w:w="2521"/>
          </w:tcPr>
          <w:p>
            <w:r>
              <w:t>만족도 원점수</w:t>
            </w:r>
          </w:p>
        </w:tc>
      </w:tr>
      <w:tr>
        <w:tc>
          <w:tcPr>
            <w:tcW w:type="dxa" w:w="2521"/>
          </w:tcPr>
          <w:p>
            <w:r>
              <w:t>가반</w:t>
            </w:r>
          </w:p>
        </w:tc>
        <w:tc>
          <w:tcPr>
            <w:tcW w:type="dxa" w:w="2521"/>
          </w:tcPr>
          <w:p>
            <w:r>
              <w:t>30명</w:t>
            </w:r>
          </w:p>
        </w:tc>
        <w:tc>
          <w:tcPr>
            <w:tcW w:type="dxa" w:w="2521"/>
          </w:tcPr>
          <w:p>
            <w:r>
              <w:t>24명</w:t>
            </w:r>
          </w:p>
        </w:tc>
        <w:tc>
          <w:tcPr>
            <w:tcW w:type="dxa" w:w="2521"/>
          </w:tcPr>
          <w:p>
            <w:r>
              <w:t>4 / 4 / 5 / 3 / 4</w:t>
            </w:r>
          </w:p>
        </w:tc>
      </w:tr>
      <w:tr>
        <w:tc>
          <w:tcPr>
            <w:tcW w:type="dxa" w:w="2521"/>
          </w:tcPr>
          <w:p>
            <w:r>
              <w:t>나반</w:t>
            </w:r>
          </w:p>
        </w:tc>
        <w:tc>
          <w:tcPr>
            <w:tcW w:type="dxa" w:w="2521"/>
          </w:tcPr>
          <w:p>
            <w:r>
              <w:t>30명</w:t>
            </w:r>
          </w:p>
        </w:tc>
        <w:tc>
          <w:tcPr>
            <w:tcW w:type="dxa" w:w="2521"/>
          </w:tcPr>
          <w:p>
            <w:r>
              <w:t>18명</w:t>
            </w:r>
          </w:p>
        </w:tc>
        <w:tc>
          <w:tcPr>
            <w:tcW w:type="dxa" w:w="2521"/>
          </w:tcPr>
          <w:p>
            <w:r>
              <w:t>3 / 4 / 3 / 5 / 5</w:t>
            </w:r>
          </w:p>
        </w:tc>
      </w:tr>
    </w:tbl>
    <w:p>
      <w:r>
        <w:t>심1 | 나반에서 참여하지 않은 인원을 계산하고 식을 적어 보자.</w:t>
      </w:r>
    </w:p>
    <w:p>
      <w:r>
        <w:t>답·근거: __________________________________________________</w:t>
      </w:r>
    </w:p>
    <w:p>
      <w:r>
        <w:t>심2 | 추가 가정: 나반 등록 30명은 그대로다. 참여율 80%에 이르려면 현재보다 몇 명이 더 참여해야 할까?</w:t>
      </w:r>
    </w:p>
    <w:p>
      <w:r>
        <w:t>답·근거: __________________________________________________</w:t>
      </w:r>
    </w:p>
    <w:p>
      <w:r>
        <w:t>심3 | “평균이 같으니 두 반의 만족도 응답도 모두 같다.”를 원점수 근거로 고쳐 보자.</w:t>
      </w:r>
    </w:p>
    <w:p>
      <w:r>
        <w:t>답·근거: __________________________________________________</w:t>
      </w:r>
    </w:p>
    <w:p>
      <w:r>
        <w:t>심4 | “가반 강의가 더 좋아 참여율이 높다.”를 고쳐, 확인된 사실과 확인할 점을 한 문장씩 써 보자.</w:t>
      </w:r>
    </w:p>
    <w:p>
      <w:r>
        <w:t>답·근거: __________________________________________________</w:t>
      </w:r>
    </w:p>
    <w:p>
      <w:r>
        <w:t>막히면: 교재에서 기준 인원과 원점수를 다시 찾고, 도움을 요청해 보세요.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실제 학습자 정보 없음 · 배포 전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