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교사용 | 설문 결과 읽기 정답·해설</w:t>
      </w:r>
    </w:p>
    <w:p>
      <w:pPr>
        <w:pStyle w:val="Heading1"/>
        <w:pageBreakBefore w:val="0"/>
      </w:pPr>
      <w:r>
        <w:t>기초 정답·해설 · 4문항</w:t>
      </w:r>
    </w:p>
    <w:p>
      <w:pPr>
        <w:pStyle w:val="Heading2"/>
      </w:pPr>
      <w:r>
        <w:t>기1 · 목표 가</w:t>
      </w:r>
    </w:p>
    <w:p>
      <w:r>
        <w:t>가반 참여율의 기준이 되는 전체 인원은? 보기: 24명 / 30명</w:t>
      </w:r>
    </w:p>
    <w:p>
      <w:r>
        <w:t>정답 예시: 30명</w:t>
        <w:br/>
        <w:t>해설: 참여율의 분모는 참여 인원이 아니라 등록 인원이다.</w:t>
        <w:br/>
        <w:t>근거: 교재 1·2쪽</w:t>
        <w:br/>
        <w:t>짚어 줄 점: 참여율은 참여 인원 ÷ 등록 인원 × 100이다.</w:t>
      </w:r>
    </w:p>
    <w:p>
      <w:pPr>
        <w:pStyle w:val="Heading2"/>
      </w:pPr>
      <w:r>
        <w:t>기2 · 목표 나</w:t>
      </w:r>
    </w:p>
    <w:p>
      <w:r>
        <w:t>가반은 80%, 나반은 60%다. 차이의 빈칸을 채워 보자. 80 − 60 = (    )%p. 보기: 20 / 30</w:t>
      </w:r>
    </w:p>
    <w:p>
      <w:r>
        <w:t>정답 예시: 20%p</w:t>
        <w:br/>
        <w:t>해설: 80에서 60을 빼면 20이다. 비율의 차이는 %p로 쓴다.</w:t>
        <w:br/>
        <w:t>근거: 교재 3쪽</w:t>
        <w:br/>
        <w:t>짚어 줄 점: %p는 퍼센트포인트라고 읽는다.</w:t>
      </w:r>
    </w:p>
    <w:p>
      <w:pPr>
        <w:pStyle w:val="Heading2"/>
      </w:pPr>
      <w:r>
        <w:t>기3 · 목표 가</w:t>
      </w:r>
    </w:p>
    <w:p>
      <w:r>
        <w:t>가반 참여율을 채워 보자. 24 ÷ 30 × 100 = (    )%</w:t>
      </w:r>
    </w:p>
    <w:p>
      <w:r>
        <w:t>정답 예시: 80%</w:t>
        <w:br/>
        <w:t>해설: 24를 30으로 나누면 0.8이고, 100을 곱하면 80%다.</w:t>
        <w:br/>
        <w:t>근거: 교재 1·2쪽</w:t>
        <w:br/>
        <w:t>짚어 줄 점: 전체 30명 중 24명이 참여했다.</w:t>
      </w:r>
    </w:p>
    <w:p>
      <w:pPr>
        <w:pStyle w:val="Heading2"/>
      </w:pPr>
      <w:r>
        <w:t>기4 · 목표 다</w:t>
      </w:r>
    </w:p>
    <w:p>
      <w:r>
        <w:t>가반 만족도 평균을 채워 보자. (4+4+5+3+4) ÷ 5 = (    )점</w:t>
      </w:r>
    </w:p>
    <w:p>
      <w:r>
        <w:t>정답 예시: 4점</w:t>
        <w:br/>
        <w:t>해설: 다섯 점수의 합은 20점이다. 응답 5개로 나누면 4점이다.</w:t>
        <w:br/>
        <w:t>근거: 교재 2·4쪽</w:t>
        <w:br/>
        <w:t>짚어 줄 점: 만족도 응답은 5개이며 참여 인원 24명으로 나누지 않는다.</w:t>
      </w:r>
    </w:p>
    <w:p>
      <w:pPr>
        <w:pStyle w:val="Heading1"/>
        <w:pageBreakBefore/>
      </w:pPr>
      <w:r>
        <w:t>보통 정답·해설 · 4문항</w:t>
      </w:r>
    </w:p>
    <w:p>
      <w:pPr>
        <w:pStyle w:val="Heading2"/>
      </w:pPr>
      <w:r>
        <w:t>보1 · 목표 가</w:t>
      </w:r>
    </w:p>
    <w:p>
      <w:r>
        <w:t>나반 참여율을 계산하고 식을 적어 보자.</w:t>
      </w:r>
    </w:p>
    <w:p>
      <w:r>
        <w:t>정답 예시: 60%</w:t>
        <w:br/>
        <w:t>해설: 18 ÷ 30 × 100 = 60%. 분모는 나반 등록 인원 30명이다.</w:t>
        <w:br/>
        <w:t>근거: 교재 1·2쪽</w:t>
        <w:br/>
        <w:t>짚어 줄 점: 참여율을 구할 때는 등록 인원이 분모다.</w:t>
      </w:r>
    </w:p>
    <w:p>
      <w:pPr>
        <w:pStyle w:val="Heading2"/>
      </w:pPr>
      <w:r>
        <w:t>보2 · 목표 나</w:t>
      </w:r>
    </w:p>
    <w:p>
      <w:r>
        <w:t>가반과 나반의 참여율 차이를 단위까지 적어 보자.</w:t>
      </w:r>
    </w:p>
    <w:p>
      <w:r>
        <w:t>정답 예시: 20%p</w:t>
        <w:br/>
        <w:t>해설: 80%에서 60%를 빼면 20%p다. 비율 사이의 차이는 %p로 쓴다.</w:t>
        <w:br/>
        <w:t>근거: 교재 3쪽</w:t>
        <w:br/>
        <w:t>짚어 줄 점: 20%와 20%p를 혼동하지 않는다.</w:t>
      </w:r>
    </w:p>
    <w:p>
      <w:pPr>
        <w:pStyle w:val="Heading2"/>
      </w:pPr>
      <w:r>
        <w:t>보3 · 목표 다</w:t>
      </w:r>
    </w:p>
    <w:p>
      <w:r>
        <w:t>나반 만족도 평균을 계산하고 가반과 비교해 보자.</w:t>
      </w:r>
    </w:p>
    <w:p>
      <w:r>
        <w:t>정답 예시: 두 반 모두 4점</w:t>
        <w:br/>
        <w:t>해설: 나반은 (3+4+3+5+5) ÷ 5 = 4점이다. 가반 평균도 4점이다.</w:t>
        <w:br/>
        <w:t>근거: 교재 2·4쪽</w:t>
        <w:br/>
        <w:t>짚어 줄 점: 평균이 같아도 모든 응답 점수가 같은 것은 아니다.</w:t>
      </w:r>
    </w:p>
    <w:p>
      <w:pPr>
        <w:pStyle w:val="Heading2"/>
      </w:pPr>
      <w:r>
        <w:t>보4 · 목표 다</w:t>
      </w:r>
    </w:p>
    <w:p>
      <w:r>
        <w:t>두 반에서 3점과 5점 응답 개수를 각각 세어 보자.</w:t>
      </w:r>
    </w:p>
    <w:p>
      <w:r>
        <w:t>정답 예시: 가반: 3점 1개·5점 1개 / 나반: 3점 2개·5점 2개</w:t>
        <w:br/>
        <w:t>해설: 원점수에서 3과 5를 센다. 같은 평균 4점이어도 응답 구성이 다르다.</w:t>
        <w:br/>
        <w:t>근거: 교재 2·4쪽</w:t>
        <w:br/>
        <w:t>짚어 줄 점: 평균만 보지 말고 원점수도 본다.</w:t>
      </w:r>
    </w:p>
    <w:p>
      <w:pPr>
        <w:pStyle w:val="Heading1"/>
        <w:pageBreakBefore/>
      </w:pPr>
      <w:r>
        <w:t>심화 정답·해설 · 4문항</w:t>
      </w:r>
    </w:p>
    <w:p>
      <w:pPr>
        <w:pStyle w:val="Heading2"/>
      </w:pPr>
      <w:r>
        <w:t>심1 · 목표 가</w:t>
      </w:r>
    </w:p>
    <w:p>
      <w:r>
        <w:t>나반에서 참여하지 않은 인원을 계산하고 식을 적어 보자.</w:t>
      </w:r>
    </w:p>
    <w:p>
      <w:r>
        <w:t>정답 예시: 12명</w:t>
        <w:br/>
        <w:t>해설: 등록 30명에서 참여 18명을 빼면 미참여 12명이다.</w:t>
        <w:br/>
        <w:t>근거: 교재 2쪽</w:t>
        <w:br/>
        <w:t>짚어 줄 점: 참여와 미참여를 더하면 등록 인원이어야 한다.</w:t>
      </w:r>
    </w:p>
    <w:p>
      <w:pPr>
        <w:pStyle w:val="Heading2"/>
      </w:pPr>
      <w:r>
        <w:t>심2 · 목표 나</w:t>
      </w:r>
    </w:p>
    <w:p>
      <w:r>
        <w:t>추가 가정: 나반 등록 30명은 그대로다. 참여율 80%에 이르려면 현재보다 몇 명이 더 참여해야 할까?</w:t>
      </w:r>
    </w:p>
    <w:p>
      <w:r>
        <w:t>정답 예시: 6명</w:t>
        <w:br/>
        <w:t>해설: 80%에 필요한 참여 인원은 30 × 0.8 = 24명이다. 현재 18명이므로 6명이 더 필요하다.</w:t>
        <w:br/>
        <w:t>근거: 교재 1·2·3쪽</w:t>
        <w:br/>
        <w:t>짚어 줄 점: 추가 가정이며 실제 모집 결과나 목표 확정이 아니다.</w:t>
      </w:r>
    </w:p>
    <w:p>
      <w:pPr>
        <w:pStyle w:val="Heading2"/>
      </w:pPr>
      <w:r>
        <w:t>심3 · 목표 다</w:t>
      </w:r>
    </w:p>
    <w:p>
      <w:r>
        <w:t>“평균이 같으니 두 반의 만족도 응답도 모두 같다.”를 원점수 근거로 고쳐 보자.</w:t>
      </w:r>
    </w:p>
    <w:p>
      <w:r>
        <w:t>정답 예시: 평균은 모두 4점이지만 응답 구성은 다르다.</w:t>
        <w:br/>
        <w:t>해설: 가반 3점·5점은 각각 1개, 나반은 각각 2개다. 평균이 같다는 사실만으로 응답이 모두 같다고 할 수 없다.</w:t>
        <w:br/>
        <w:t>근거: 교재 2·4쪽</w:t>
        <w:br/>
        <w:t>짚어 줄 점: 응답자 전체의 성향이나 수업 효과를 단정하지 않는다.</w:t>
      </w:r>
    </w:p>
    <w:p>
      <w:pPr>
        <w:pStyle w:val="Heading2"/>
      </w:pPr>
      <w:r>
        <w:t>심4 · 목표 다</w:t>
      </w:r>
    </w:p>
    <w:p>
      <w:r>
        <w:t>“가반 강의가 더 좋아 참여율이 높다.”를 고쳐, 확인된 사실과 확인할 점을 한 문장씩 써 보자.</w:t>
      </w:r>
    </w:p>
    <w:p>
      <w:r>
        <w:t>정답 예시: 확인된 사실: 가반 80%, 나반 60%다. / 확인할 점: 참여율 차이의 원인은 확인 필요다.</w:t>
        <w:br/>
        <w:t>해설: 참여율 수치만으로 강의의 질이나 불참 원인을 알 수 없다. 조사 조건과 불참 사유를 확인해야 한다.</w:t>
        <w:br/>
        <w:t>근거: 교재 3·4쪽</w:t>
        <w:br/>
        <w:t>짚어 줄 점: 이 자료에 없는 원인·수업 효과는 만들어 쓰지 않는다.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64" w:right="1077" w:bottom="96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가상 자료 · 실제 학습자 정보 없음 · 배포 전 담당자 확인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JJ교육연구원 · 교육 영상 시연용 가상 자료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