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차시별 설계안 · 검토용 결과 예시</w:t>
      </w:r>
    </w:p>
    <w:p>
      <w:r>
        <w:t>교육 영상 시연용 가상 자료 · 모든 인물·기관 설정·교육 수치는 가상입니다.</w:t>
      </w:r>
    </w:p>
    <w:p>
      <w:r>
        <w:t>신임 강사를 위한 참여형 수업 설계 / 성인 신임 강사 24명 / 총 180분(휴식 10분 포함) / 3차시. Work에서 실제 생성한 결과가 아닌 교육용 결과 예시입니다. 날짜·담당 강사·인터넷·기관 승인: (확인 필요).</w:t>
      </w:r>
    </w:p>
    <w:p>
      <w:pPr>
        <w:pStyle w:val="Heading1"/>
      </w:pPr>
      <w:r>
        <w:t>학습목표와 확인 방법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rPr>
          <w:cantSplit/>
          <w:tblHeader/>
        </w:trPr>
        <w:tc>
          <w:tcPr>
            <w:tcW w:type="dxa" w:w="2550"/>
          </w:tcPr>
          <w:p>
            <w:r>
              <w:t>목표</w:t>
            </w:r>
          </w:p>
        </w:tc>
        <w:tc>
          <w:tcPr>
            <w:tcW w:type="dxa" w:w="2550"/>
          </w:tcPr>
          <w:p>
            <w:r>
              <w:t>학습목표</w:t>
            </w:r>
          </w:p>
        </w:tc>
        <w:tc>
          <w:tcPr>
            <w:tcW w:type="dxa" w:w="2550"/>
          </w:tcPr>
          <w:p>
            <w:r>
              <w:t>활동</w:t>
            </w:r>
          </w:p>
        </w:tc>
        <w:tc>
          <w:tcPr>
            <w:tcW w:type="dxa" w:w="2550"/>
          </w:tcPr>
          <w:p>
            <w:r>
              <w:t>확인 방법</w:t>
            </w:r>
          </w:p>
        </w:tc>
      </w:tr>
      <w:tr>
        <w:trPr>
          <w:cantSplit/>
        </w:trPr>
        <w:tc>
          <w:tcPr>
            <w:tcW w:type="dxa" w:w="2550"/>
          </w:tcPr>
          <w:p>
            <w:r>
              <w:t>목표 1</w:t>
            </w:r>
          </w:p>
        </w:tc>
        <w:tc>
          <w:tcPr>
            <w:tcW w:type="dxa" w:w="2550"/>
          </w:tcPr>
          <w:p>
            <w:r>
              <w:t>대상·행동·조건·기준을 담은 학습목표 2개를 쓴다.</w:t>
            </w:r>
          </w:p>
        </w:tc>
        <w:tc>
          <w:tcPr>
            <w:tcW w:type="dxa" w:w="2550"/>
          </w:tcPr>
          <w:p>
            <w:r>
              <w:t>목표 고쳐 쓰기·짝 점검</w:t>
            </w:r>
          </w:p>
        </w:tc>
        <w:tc>
          <w:tcPr>
            <w:tcW w:type="dxa" w:w="2550"/>
          </w:tcPr>
          <w:p>
            <w:r>
              <w:t>목표 2개에서 행동과 기준을 찾는다.</w:t>
            </w:r>
          </w:p>
        </w:tc>
      </w:tr>
      <w:tr>
        <w:trPr>
          <w:cantSplit/>
        </w:trPr>
        <w:tc>
          <w:tcPr>
            <w:tcW w:type="dxa" w:w="2550"/>
          </w:tcPr>
          <w:p>
            <w:r>
              <w:t>목표 2</w:t>
            </w:r>
          </w:p>
        </w:tc>
        <w:tc>
          <w:tcPr>
            <w:tcW w:type="dxa" w:w="2550"/>
          </w:tcPr>
          <w:p>
            <w:r>
              <w:t>목표·활동·평가를 연결한 50분 수업안 1개를 만든다.</w:t>
            </w:r>
          </w:p>
        </w:tc>
        <w:tc>
          <w:tcPr>
            <w:tcW w:type="dxa" w:w="2550"/>
          </w:tcPr>
          <w:p>
            <w:r>
              <w:t>수업 설계·미니수업</w:t>
            </w:r>
          </w:p>
        </w:tc>
        <w:tc>
          <w:tcPr>
            <w:tcW w:type="dxa" w:w="2550"/>
          </w:tcPr>
          <w:p>
            <w:r>
              <w:t>세 연결과 50분 합계를 점검한다.</w:t>
            </w:r>
          </w:p>
        </w:tc>
      </w:tr>
      <w:tr>
        <w:trPr>
          <w:cantSplit/>
        </w:trPr>
        <w:tc>
          <w:tcPr>
            <w:tcW w:type="dxa" w:w="2550"/>
          </w:tcPr>
          <w:p>
            <w:r>
              <w:t>목표 3</w:t>
            </w:r>
          </w:p>
        </w:tc>
        <w:tc>
          <w:tcPr>
            <w:tcW w:type="dxa" w:w="2550"/>
          </w:tcPr>
          <w:p>
            <w:r>
              <w:t>동료 의견 2개를 받고 설계안 1곳 이상을 고친다.</w:t>
            </w:r>
          </w:p>
        </w:tc>
        <w:tc>
          <w:tcPr>
            <w:tcW w:type="dxa" w:w="2550"/>
          </w:tcPr>
          <w:p>
            <w:r>
              <w:t>동료 점검·설계안 수정</w:t>
            </w:r>
          </w:p>
        </w:tc>
        <w:tc>
          <w:tcPr>
            <w:tcW w:type="dxa" w:w="2550"/>
          </w:tcPr>
          <w:p>
            <w:r>
              <w:t>수정 전후와 바꾼 이유를 확인한다.</w:t>
            </w:r>
          </w:p>
        </w:tc>
      </w:tr>
    </w:tbl>
    <w:p>
      <w:pPr>
        <w:pStyle w:val="Heading1"/>
      </w:pPr>
      <w:r>
        <w:t>차시별 개요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rPr>
          <w:cantSplit/>
          <w:tblHeader/>
        </w:trPr>
        <w:tc>
          <w:tcPr>
            <w:tcW w:type="dxa" w:w="2040"/>
          </w:tcPr>
          <w:p>
            <w:r>
              <w:t>차시</w:t>
            </w:r>
          </w:p>
        </w:tc>
        <w:tc>
          <w:tcPr>
            <w:tcW w:type="dxa" w:w="2040"/>
          </w:tcPr>
          <w:p>
            <w:r>
              <w:t>경과</w:t>
            </w:r>
          </w:p>
        </w:tc>
        <w:tc>
          <w:tcPr>
            <w:tcW w:type="dxa" w:w="2040"/>
          </w:tcPr>
          <w:p>
            <w:r>
              <w:t>분</w:t>
            </w:r>
          </w:p>
        </w:tc>
        <w:tc>
          <w:tcPr>
            <w:tcW w:type="dxa" w:w="2040"/>
          </w:tcPr>
          <w:p>
            <w:r>
              <w:t>목표</w:t>
            </w:r>
          </w:p>
        </w:tc>
        <w:tc>
          <w:tcPr>
            <w:tcW w:type="dxa" w:w="2040"/>
          </w:tcPr>
          <w:p>
            <w:r>
              <w:t>활동 구성</w:t>
            </w:r>
          </w:p>
        </w:tc>
      </w:tr>
      <w:tr>
        <w:trPr>
          <w:cantSplit/>
        </w:trPr>
        <w:tc>
          <w:tcPr>
            <w:tcW w:type="dxa" w:w="2040"/>
          </w:tcPr>
          <w:p>
            <w:r>
              <w:t>1차시</w:t>
            </w:r>
          </w:p>
        </w:tc>
        <w:tc>
          <w:tcPr>
            <w:tcW w:type="dxa" w:w="2040"/>
          </w:tcPr>
          <w:p>
            <w:r>
              <w:t>0~50분</w:t>
            </w:r>
          </w:p>
        </w:tc>
        <w:tc>
          <w:tcPr>
            <w:tcW w:type="dxa" w:w="2040"/>
          </w:tcPr>
          <w:p>
            <w:r>
              <w:t>50</w:t>
            </w:r>
          </w:p>
        </w:tc>
        <w:tc>
          <w:tcPr>
            <w:tcW w:type="dxa" w:w="2040"/>
          </w:tcPr>
          <w:p>
            <w:r>
              <w:t>목표 1</w:t>
            </w:r>
          </w:p>
        </w:tc>
        <w:tc>
          <w:tcPr>
            <w:tcW w:type="dxa" w:w="2040"/>
          </w:tcPr>
          <w:p>
            <w:r>
              <w:t>도입 10 + 목표 고쳐 쓰기 20 + 짝 점검 20</w:t>
            </w:r>
          </w:p>
        </w:tc>
      </w:tr>
      <w:tr>
        <w:trPr>
          <w:cantSplit/>
        </w:trPr>
        <w:tc>
          <w:tcPr>
            <w:tcW w:type="dxa" w:w="2040"/>
          </w:tcPr>
          <w:p>
            <w:r>
              <w:t>2차시</w:t>
            </w:r>
          </w:p>
        </w:tc>
        <w:tc>
          <w:tcPr>
            <w:tcW w:type="dxa" w:w="2040"/>
          </w:tcPr>
          <w:p>
            <w:r>
              <w:t>50~110분</w:t>
            </w:r>
          </w:p>
        </w:tc>
        <w:tc>
          <w:tcPr>
            <w:tcW w:type="dxa" w:w="2040"/>
          </w:tcPr>
          <w:p>
            <w:r>
              <w:t>60</w:t>
            </w:r>
          </w:p>
        </w:tc>
        <w:tc>
          <w:tcPr>
            <w:tcW w:type="dxa" w:w="2040"/>
          </w:tcPr>
          <w:p>
            <w:r>
              <w:t>목표 2</w:t>
            </w:r>
          </w:p>
        </w:tc>
        <w:tc>
          <w:tcPr>
            <w:tcW w:type="dxa" w:w="2040"/>
          </w:tcPr>
          <w:p>
            <w:r>
              <w:t>시범 10 + 수업 설계 30 + 휴식 10 + 모둠 공유 10</w:t>
            </w:r>
          </w:p>
        </w:tc>
      </w:tr>
      <w:tr>
        <w:trPr>
          <w:cantSplit/>
        </w:trPr>
        <w:tc>
          <w:tcPr>
            <w:tcW w:type="dxa" w:w="2040"/>
          </w:tcPr>
          <w:p>
            <w:r>
              <w:t>3차시</w:t>
            </w:r>
          </w:p>
        </w:tc>
        <w:tc>
          <w:tcPr>
            <w:tcW w:type="dxa" w:w="2040"/>
          </w:tcPr>
          <w:p>
            <w:r>
              <w:t>110~180분</w:t>
            </w:r>
          </w:p>
        </w:tc>
        <w:tc>
          <w:tcPr>
            <w:tcW w:type="dxa" w:w="2040"/>
          </w:tcPr>
          <w:p>
            <w:r>
              <w:t>70</w:t>
            </w:r>
          </w:p>
        </w:tc>
        <w:tc>
          <w:tcPr>
            <w:tcW w:type="dxa" w:w="2040"/>
          </w:tcPr>
          <w:p>
            <w:r>
              <w:t>목표 2·3</w:t>
            </w:r>
          </w:p>
        </w:tc>
        <w:tc>
          <w:tcPr>
            <w:tcW w:type="dxa" w:w="2040"/>
          </w:tcPr>
          <w:p>
            <w:r>
              <w:t>미니수업 20 + 수정 25 + 동료 점검 15 + 적용 약속 10</w:t>
            </w:r>
          </w:p>
        </w:tc>
      </w:tr>
    </w:tbl>
    <w:p>
      <w:r>
        <w:t>순수업 170분 / 직접 연습 130분(최소 90분 이상). 6모둠, 모둠당 4명. 노트북 12대, 활동지 24부, 화면 장비 1대. 직접 연습에는 목표 고쳐 쓰기·짝 점검·수업 설계·미니수업·설계안 수정·동료 점검만 포함합니다.</w:t>
      </w:r>
    </w:p>
    <w:p>
      <w:r>
        <w:br w:type="page"/>
      </w:r>
    </w:p>
    <w:p>
      <w:pPr>
        <w:pStyle w:val="Heading1"/>
      </w:pPr>
      <w:r>
        <w:t>1차시 · 50분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rPr>
          <w:cantSplit/>
          <w:tblHeader/>
        </w:trPr>
        <w:tc>
          <w:tcPr>
            <w:tcW w:type="dxa" w:w="1700"/>
          </w:tcPr>
          <w:p>
            <w:r>
              <w:t>경과(분)</w:t>
            </w:r>
          </w:p>
        </w:tc>
        <w:tc>
          <w:tcPr>
            <w:tcW w:type="dxa" w:w="1700"/>
          </w:tcPr>
          <w:p>
            <w:r>
              <w:t>분</w:t>
            </w:r>
          </w:p>
        </w:tc>
        <w:tc>
          <w:tcPr>
            <w:tcW w:type="dxa" w:w="1700"/>
          </w:tcPr>
          <w:p>
            <w:r>
              <w:t>활동</w:t>
            </w:r>
          </w:p>
        </w:tc>
        <w:tc>
          <w:tcPr>
            <w:tcW w:type="dxa" w:w="1700"/>
          </w:tcPr>
          <w:p>
            <w:r>
              <w:t>교수·학습 활동</w:t>
            </w:r>
          </w:p>
        </w:tc>
        <w:tc>
          <w:tcPr>
            <w:tcW w:type="dxa" w:w="1700"/>
          </w:tcPr>
          <w:p>
            <w:r>
              <w:t>준비물</w:t>
            </w:r>
          </w:p>
        </w:tc>
        <w:tc>
          <w:tcPr>
            <w:tcW w:type="dxa" w:w="1700"/>
          </w:tcPr>
          <w:p>
            <w:r>
              <w:t>평가 방법</w:t>
            </w:r>
          </w:p>
        </w:tc>
      </w:tr>
      <w:tr>
        <w:trPr>
          <w:cantSplit/>
        </w:trPr>
        <w:tc>
          <w:tcPr>
            <w:tcW w:type="dxa" w:w="1700"/>
          </w:tcPr>
          <w:p>
            <w:r>
              <w:t>0~10</w:t>
            </w:r>
          </w:p>
        </w:tc>
        <w:tc>
          <w:tcPr>
            <w:tcW w:type="dxa" w:w="1700"/>
          </w:tcPr>
          <w:p>
            <w:r>
              <w:t>10</w:t>
            </w:r>
          </w:p>
        </w:tc>
        <w:tc>
          <w:tcPr>
            <w:tcW w:type="dxa" w:w="1700"/>
          </w:tcPr>
          <w:p>
            <w:r>
              <w:t>도입</w:t>
            </w:r>
          </w:p>
        </w:tc>
        <w:tc>
          <w:tcPr>
            <w:tcW w:type="dxa" w:w="1700"/>
          </w:tcPr>
          <w:p>
            <w:r>
              <w:t>기존 수업안의 어려운 점을 한 줄로 적기</w:t>
            </w:r>
          </w:p>
        </w:tc>
        <w:tc>
          <w:tcPr>
            <w:tcW w:type="dxa" w:w="1700"/>
          </w:tcPr>
          <w:p>
            <w:r>
              <w:t>기존 수업안·활동지</w:t>
            </w:r>
          </w:p>
        </w:tc>
        <w:tc>
          <w:tcPr>
            <w:tcW w:type="dxa" w:w="1700"/>
          </w:tcPr>
          <w:p>
            <w:r>
              <w:t>어려움 한 줄 확인</w:t>
            </w:r>
          </w:p>
        </w:tc>
      </w:tr>
      <w:tr>
        <w:trPr>
          <w:cantSplit/>
        </w:trPr>
        <w:tc>
          <w:tcPr>
            <w:tcW w:type="dxa" w:w="1700"/>
          </w:tcPr>
          <w:p>
            <w:r>
              <w:t>10~30</w:t>
            </w:r>
          </w:p>
        </w:tc>
        <w:tc>
          <w:tcPr>
            <w:tcW w:type="dxa" w:w="1700"/>
          </w:tcPr>
          <w:p>
            <w:r>
              <w:t>20</w:t>
            </w:r>
          </w:p>
        </w:tc>
        <w:tc>
          <w:tcPr>
            <w:tcW w:type="dxa" w:w="1700"/>
          </w:tcPr>
          <w:p>
            <w:r>
              <w:t>목표 고쳐 쓰기</w:t>
            </w:r>
          </w:p>
        </w:tc>
        <w:tc>
          <w:tcPr>
            <w:tcW w:type="dxa" w:w="1700"/>
          </w:tcPr>
          <w:p>
            <w:r>
              <w:t>대상·행동·조건·기준이 있는 목표 2개 쓰기</w:t>
            </w:r>
          </w:p>
        </w:tc>
        <w:tc>
          <w:tcPr>
            <w:tcW w:type="dxa" w:w="1700"/>
          </w:tcPr>
          <w:p>
            <w:r>
              <w:t>활동지·목표 예문</w:t>
            </w:r>
          </w:p>
        </w:tc>
        <w:tc>
          <w:tcPr>
            <w:tcW w:type="dxa" w:w="1700"/>
          </w:tcPr>
          <w:p>
            <w:r>
              <w:t>목표 2개 확인</w:t>
            </w:r>
          </w:p>
        </w:tc>
      </w:tr>
      <w:tr>
        <w:trPr>
          <w:cantSplit/>
        </w:trPr>
        <w:tc>
          <w:tcPr>
            <w:tcW w:type="dxa" w:w="1700"/>
          </w:tcPr>
          <w:p>
            <w:r>
              <w:t>30~50</w:t>
            </w:r>
          </w:p>
        </w:tc>
        <w:tc>
          <w:tcPr>
            <w:tcW w:type="dxa" w:w="1700"/>
          </w:tcPr>
          <w:p>
            <w:r>
              <w:t>20</w:t>
            </w:r>
          </w:p>
        </w:tc>
        <w:tc>
          <w:tcPr>
            <w:tcW w:type="dxa" w:w="1700"/>
          </w:tcPr>
          <w:p>
            <w:r>
              <w:t>짝 점검</w:t>
            </w:r>
          </w:p>
        </w:tc>
        <w:tc>
          <w:tcPr>
            <w:tcW w:type="dxa" w:w="1700"/>
          </w:tcPr>
          <w:p>
            <w:r>
              <w:t>짝과 목표 2개를 읽고 행동·기준 표시하기</w:t>
            </w:r>
          </w:p>
        </w:tc>
        <w:tc>
          <w:tcPr>
            <w:tcW w:type="dxa" w:w="1700"/>
          </w:tcPr>
          <w:p>
            <w:r>
              <w:t>목표 점검 칸</w:t>
            </w:r>
          </w:p>
        </w:tc>
        <w:tc>
          <w:tcPr>
            <w:tcW w:type="dxa" w:w="1700"/>
          </w:tcPr>
          <w:p>
            <w:r>
              <w:t>빠진 요소 고치기</w:t>
            </w:r>
          </w:p>
        </w:tc>
      </w:tr>
    </w:tbl>
    <w:p>
      <w:r>
        <w:t>진행 안내: 강사는 이해한다처럼 관찰하기 어려운 표현을 예로 들고 행동·조건·기준으로 바꾸는 시범을 보입니다. 학습자는 목표 2개를 쓰고 짝과 빠진 요소를 찾습니다.</w:t>
      </w:r>
    </w:p>
    <w:p>
      <w:r>
        <w:t>인터넷 불가 시: 종이 활동지·문장 카드로 동일 활동을 진행합니다. 접근성: 문장을 읽어 주고 표시 방법을 먼저 보여 줍니다. 최종 교육 내용과 평가는 교육 담당자가 확정합니다.</w:t>
      </w:r>
    </w:p>
    <w:p>
      <w:r>
        <w:br w:type="page"/>
      </w:r>
    </w:p>
    <w:p>
      <w:pPr>
        <w:pStyle w:val="Heading1"/>
      </w:pPr>
      <w:r>
        <w:t>2차시 · 60분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rPr>
          <w:cantSplit/>
          <w:tblHeader/>
        </w:trPr>
        <w:tc>
          <w:tcPr>
            <w:tcW w:type="dxa" w:w="1700"/>
          </w:tcPr>
          <w:p>
            <w:r>
              <w:t>경과(분)</w:t>
            </w:r>
          </w:p>
        </w:tc>
        <w:tc>
          <w:tcPr>
            <w:tcW w:type="dxa" w:w="1700"/>
          </w:tcPr>
          <w:p>
            <w:r>
              <w:t>분</w:t>
            </w:r>
          </w:p>
        </w:tc>
        <w:tc>
          <w:tcPr>
            <w:tcW w:type="dxa" w:w="1700"/>
          </w:tcPr>
          <w:p>
            <w:r>
              <w:t>활동</w:t>
            </w:r>
          </w:p>
        </w:tc>
        <w:tc>
          <w:tcPr>
            <w:tcW w:type="dxa" w:w="1700"/>
          </w:tcPr>
          <w:p>
            <w:r>
              <w:t>교수·학습 활동</w:t>
            </w:r>
          </w:p>
        </w:tc>
        <w:tc>
          <w:tcPr>
            <w:tcW w:type="dxa" w:w="1700"/>
          </w:tcPr>
          <w:p>
            <w:r>
              <w:t>준비물</w:t>
            </w:r>
          </w:p>
        </w:tc>
        <w:tc>
          <w:tcPr>
            <w:tcW w:type="dxa" w:w="1700"/>
          </w:tcPr>
          <w:p>
            <w:r>
              <w:t>평가 방법</w:t>
            </w:r>
          </w:p>
        </w:tc>
      </w:tr>
      <w:tr>
        <w:trPr>
          <w:cantSplit/>
        </w:trPr>
        <w:tc>
          <w:tcPr>
            <w:tcW w:type="dxa" w:w="1700"/>
          </w:tcPr>
          <w:p>
            <w:r>
              <w:t>50~60</w:t>
            </w:r>
          </w:p>
        </w:tc>
        <w:tc>
          <w:tcPr>
            <w:tcW w:type="dxa" w:w="1700"/>
          </w:tcPr>
          <w:p>
            <w:r>
              <w:t>10</w:t>
            </w:r>
          </w:p>
        </w:tc>
        <w:tc>
          <w:tcPr>
            <w:tcW w:type="dxa" w:w="1700"/>
          </w:tcPr>
          <w:p>
            <w:r>
              <w:t>시범</w:t>
            </w:r>
          </w:p>
        </w:tc>
        <w:tc>
          <w:tcPr>
            <w:tcW w:type="dxa" w:w="1700"/>
          </w:tcPr>
          <w:p>
            <w:r>
              <w:t>목표·활동·평가 연결 사례를 함께 읽기</w:t>
            </w:r>
          </w:p>
        </w:tc>
        <w:tc>
          <w:tcPr>
            <w:tcW w:type="dxa" w:w="1700"/>
          </w:tcPr>
          <w:p>
            <w:r>
              <w:t>수업안 예시·화면</w:t>
            </w:r>
          </w:p>
        </w:tc>
        <w:tc>
          <w:tcPr>
            <w:tcW w:type="dxa" w:w="1700"/>
          </w:tcPr>
          <w:p>
            <w:r>
              <w:t>연결 설명 듣기</w:t>
            </w:r>
          </w:p>
        </w:tc>
      </w:tr>
      <w:tr>
        <w:trPr>
          <w:cantSplit/>
        </w:trPr>
        <w:tc>
          <w:tcPr>
            <w:tcW w:type="dxa" w:w="1700"/>
          </w:tcPr>
          <w:p>
            <w:r>
              <w:t>60~90</w:t>
            </w:r>
          </w:p>
        </w:tc>
        <w:tc>
          <w:tcPr>
            <w:tcW w:type="dxa" w:w="1700"/>
          </w:tcPr>
          <w:p>
            <w:r>
              <w:t>30</w:t>
            </w:r>
          </w:p>
        </w:tc>
        <w:tc>
          <w:tcPr>
            <w:tcW w:type="dxa" w:w="1700"/>
          </w:tcPr>
          <w:p>
            <w:r>
              <w:t>수업 설계</w:t>
            </w:r>
          </w:p>
        </w:tc>
        <w:tc>
          <w:tcPr>
            <w:tcW w:type="dxa" w:w="1700"/>
          </w:tcPr>
          <w:p>
            <w:r>
              <w:t>모둠에서 50분 수업안 1개 만들기</w:t>
            </w:r>
          </w:p>
        </w:tc>
        <w:tc>
          <w:tcPr>
            <w:tcW w:type="dxa" w:w="1700"/>
          </w:tcPr>
          <w:p>
            <w:r>
              <w:t>노트북·수업안 틀</w:t>
            </w:r>
          </w:p>
        </w:tc>
        <w:tc>
          <w:tcPr>
            <w:tcW w:type="dxa" w:w="1700"/>
          </w:tcPr>
          <w:p>
            <w:r>
              <w:t>50분 합계 확인</w:t>
            </w:r>
          </w:p>
        </w:tc>
      </w:tr>
      <w:tr>
        <w:trPr>
          <w:cantSplit/>
        </w:trPr>
        <w:tc>
          <w:tcPr>
            <w:tcW w:type="dxa" w:w="1700"/>
          </w:tcPr>
          <w:p>
            <w:r>
              <w:t>90~100</w:t>
            </w:r>
          </w:p>
        </w:tc>
        <w:tc>
          <w:tcPr>
            <w:tcW w:type="dxa" w:w="1700"/>
          </w:tcPr>
          <w:p>
            <w:r>
              <w:t>10</w:t>
            </w:r>
          </w:p>
        </w:tc>
        <w:tc>
          <w:tcPr>
            <w:tcW w:type="dxa" w:w="1700"/>
          </w:tcPr>
          <w:p>
            <w:r>
              <w:t>휴식</w:t>
            </w:r>
          </w:p>
        </w:tc>
        <w:tc>
          <w:tcPr>
            <w:tcW w:type="dxa" w:w="1700"/>
          </w:tcPr>
          <w:p>
            <w:r>
              <w:t>쉬는 시간</w:t>
            </w:r>
          </w:p>
        </w:tc>
        <w:tc>
          <w:tcPr>
            <w:tcW w:type="dxa" w:w="1700"/>
          </w:tcPr>
          <w:p>
            <w:r>
              <w:t>없음</w:t>
            </w:r>
          </w:p>
        </w:tc>
        <w:tc>
          <w:tcPr>
            <w:tcW w:type="dxa" w:w="1700"/>
          </w:tcPr>
          <w:p>
            <w:r>
              <w:t>평가 없음</w:t>
            </w:r>
          </w:p>
        </w:tc>
      </w:tr>
      <w:tr>
        <w:trPr>
          <w:cantSplit/>
        </w:trPr>
        <w:tc>
          <w:tcPr>
            <w:tcW w:type="dxa" w:w="1700"/>
          </w:tcPr>
          <w:p>
            <w:r>
              <w:t>100~110</w:t>
            </w:r>
          </w:p>
        </w:tc>
        <w:tc>
          <w:tcPr>
            <w:tcW w:type="dxa" w:w="1700"/>
          </w:tcPr>
          <w:p>
            <w:r>
              <w:t>10</w:t>
            </w:r>
          </w:p>
        </w:tc>
        <w:tc>
          <w:tcPr>
            <w:tcW w:type="dxa" w:w="1700"/>
          </w:tcPr>
          <w:p>
            <w:r>
              <w:t>모둠 공유</w:t>
            </w:r>
          </w:p>
        </w:tc>
        <w:tc>
          <w:tcPr>
            <w:tcW w:type="dxa" w:w="1700"/>
          </w:tcPr>
          <w:p>
            <w:r>
              <w:t>6모둠이 핵심 연결 한 가지씩 소개하기</w:t>
            </w:r>
          </w:p>
        </w:tc>
        <w:tc>
          <w:tcPr>
            <w:tcW w:type="dxa" w:w="1700"/>
          </w:tcPr>
          <w:p>
            <w:r>
              <w:t>모둠 수업안</w:t>
            </w:r>
          </w:p>
        </w:tc>
        <w:tc>
          <w:tcPr>
            <w:tcW w:type="dxa" w:w="1700"/>
          </w:tcPr>
          <w:p>
            <w:r>
              <w:t>연결 빠진 곳 확인</w:t>
            </w:r>
          </w:p>
        </w:tc>
      </w:tr>
    </w:tbl>
    <w:p>
      <w:r>
        <w:t>진행 안내: 노트북은 짝당 1대, 모둠당 2대입니다. 모둠 공유는 6모둠 각 1분과 전환 합계 4분으로 10분을 지킵니다. 90~100분은 휴식입니다.</w:t>
      </w:r>
    </w:p>
    <w:p>
      <w:r>
        <w:t>인터넷 불가 시: 종이 활동지·문장 카드로 동일 활동을 진행합니다. 접근성: 문장을 읽어 주고 표시 방법을 먼저 보여 줍니다. 최종 교육 내용과 평가는 교육 담당자가 확정합니다.</w:t>
      </w:r>
    </w:p>
    <w:p>
      <w:r>
        <w:br w:type="page"/>
      </w:r>
    </w:p>
    <w:p>
      <w:pPr>
        <w:pStyle w:val="Heading1"/>
      </w:pPr>
      <w:r>
        <w:t>3차시 · 70분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rPr>
          <w:cantSplit/>
          <w:tblHeader/>
        </w:trPr>
        <w:tc>
          <w:tcPr>
            <w:tcW w:type="dxa" w:w="1700"/>
          </w:tcPr>
          <w:p>
            <w:r>
              <w:t>경과(분)</w:t>
            </w:r>
          </w:p>
        </w:tc>
        <w:tc>
          <w:tcPr>
            <w:tcW w:type="dxa" w:w="1700"/>
          </w:tcPr>
          <w:p>
            <w:r>
              <w:t>분</w:t>
            </w:r>
          </w:p>
        </w:tc>
        <w:tc>
          <w:tcPr>
            <w:tcW w:type="dxa" w:w="1700"/>
          </w:tcPr>
          <w:p>
            <w:r>
              <w:t>활동</w:t>
            </w:r>
          </w:p>
        </w:tc>
        <w:tc>
          <w:tcPr>
            <w:tcW w:type="dxa" w:w="1700"/>
          </w:tcPr>
          <w:p>
            <w:r>
              <w:t>교수·학습 활동</w:t>
            </w:r>
          </w:p>
        </w:tc>
        <w:tc>
          <w:tcPr>
            <w:tcW w:type="dxa" w:w="1700"/>
          </w:tcPr>
          <w:p>
            <w:r>
              <w:t>준비물</w:t>
            </w:r>
          </w:p>
        </w:tc>
        <w:tc>
          <w:tcPr>
            <w:tcW w:type="dxa" w:w="1700"/>
          </w:tcPr>
          <w:p>
            <w:r>
              <w:t>평가 방법</w:t>
            </w:r>
          </w:p>
        </w:tc>
      </w:tr>
      <w:tr>
        <w:trPr>
          <w:cantSplit/>
        </w:trPr>
        <w:tc>
          <w:tcPr>
            <w:tcW w:type="dxa" w:w="1700"/>
          </w:tcPr>
          <w:p>
            <w:r>
              <w:t>110~130</w:t>
            </w:r>
          </w:p>
        </w:tc>
        <w:tc>
          <w:tcPr>
            <w:tcW w:type="dxa" w:w="1700"/>
          </w:tcPr>
          <w:p>
            <w:r>
              <w:t>20</w:t>
            </w:r>
          </w:p>
        </w:tc>
        <w:tc>
          <w:tcPr>
            <w:tcW w:type="dxa" w:w="1700"/>
          </w:tcPr>
          <w:p>
            <w:r>
              <w:t>미니수업</w:t>
            </w:r>
          </w:p>
        </w:tc>
        <w:tc>
          <w:tcPr>
            <w:tcW w:type="dxa" w:w="1700"/>
          </w:tcPr>
          <w:p>
            <w:r>
              <w:t>6모둠 각 3분(시연 2분·의견 1분), 전환 합계 2분</w:t>
            </w:r>
          </w:p>
        </w:tc>
        <w:tc>
          <w:tcPr>
            <w:tcW w:type="dxa" w:w="1700"/>
          </w:tcPr>
          <w:p>
            <w:r>
              <w:t>수업안·활동지</w:t>
            </w:r>
          </w:p>
        </w:tc>
        <w:tc>
          <w:tcPr>
            <w:tcW w:type="dxa" w:w="1700"/>
          </w:tcPr>
          <w:p>
            <w:r>
              <w:t>활동 관찰·동료 의견 2개 받기</w:t>
            </w:r>
          </w:p>
        </w:tc>
      </w:tr>
      <w:tr>
        <w:trPr>
          <w:cantSplit/>
        </w:trPr>
        <w:tc>
          <w:tcPr>
            <w:tcW w:type="dxa" w:w="1700"/>
          </w:tcPr>
          <w:p>
            <w:r>
              <w:t>130~155</w:t>
            </w:r>
          </w:p>
        </w:tc>
        <w:tc>
          <w:tcPr>
            <w:tcW w:type="dxa" w:w="1700"/>
          </w:tcPr>
          <w:p>
            <w:r>
              <w:t>25</w:t>
            </w:r>
          </w:p>
        </w:tc>
        <w:tc>
          <w:tcPr>
            <w:tcW w:type="dxa" w:w="1700"/>
          </w:tcPr>
          <w:p>
            <w:r>
              <w:t>설계안 수정</w:t>
            </w:r>
          </w:p>
        </w:tc>
        <w:tc>
          <w:tcPr>
            <w:tcW w:type="dxa" w:w="1700"/>
          </w:tcPr>
          <w:p>
            <w:r>
              <w:t>관찰한 내용을 반영해 수업안 고치기</w:t>
            </w:r>
          </w:p>
        </w:tc>
        <w:tc>
          <w:tcPr>
            <w:tcW w:type="dxa" w:w="1700"/>
          </w:tcPr>
          <w:p>
            <w:r>
              <w:t>수업안·동료 의견</w:t>
            </w:r>
          </w:p>
        </w:tc>
        <w:tc>
          <w:tcPr>
            <w:tcW w:type="dxa" w:w="1700"/>
          </w:tcPr>
          <w:p>
            <w:r>
              <w:t>수정 전후 한 곳 비교</w:t>
            </w:r>
          </w:p>
        </w:tc>
      </w:tr>
      <w:tr>
        <w:trPr>
          <w:cantSplit/>
        </w:trPr>
        <w:tc>
          <w:tcPr>
            <w:tcW w:type="dxa" w:w="1700"/>
          </w:tcPr>
          <w:p>
            <w:r>
              <w:t>155~170</w:t>
            </w:r>
          </w:p>
        </w:tc>
        <w:tc>
          <w:tcPr>
            <w:tcW w:type="dxa" w:w="1700"/>
          </w:tcPr>
          <w:p>
            <w:r>
              <w:t>15</w:t>
            </w:r>
          </w:p>
        </w:tc>
        <w:tc>
          <w:tcPr>
            <w:tcW w:type="dxa" w:w="1700"/>
          </w:tcPr>
          <w:p>
            <w:r>
              <w:t>동료 점검</w:t>
            </w:r>
          </w:p>
        </w:tc>
        <w:tc>
          <w:tcPr>
            <w:tcW w:type="dxa" w:w="1700"/>
          </w:tcPr>
          <w:p>
            <w:r>
              <w:t>기준표 3항목으로 의견 2개 주고받기</w:t>
            </w:r>
          </w:p>
        </w:tc>
        <w:tc>
          <w:tcPr>
            <w:tcW w:type="dxa" w:w="1700"/>
          </w:tcPr>
          <w:p>
            <w:r>
              <w:t>평가기준표</w:t>
            </w:r>
          </w:p>
        </w:tc>
        <w:tc>
          <w:tcPr>
            <w:tcW w:type="dxa" w:w="1700"/>
          </w:tcPr>
          <w:p>
            <w:r>
              <w:t>항목별 0~2점·총 6점</w:t>
            </w:r>
          </w:p>
        </w:tc>
      </w:tr>
      <w:tr>
        <w:trPr>
          <w:cantSplit/>
        </w:trPr>
        <w:tc>
          <w:tcPr>
            <w:tcW w:type="dxa" w:w="1700"/>
          </w:tcPr>
          <w:p>
            <w:r>
              <w:t>170~180</w:t>
            </w:r>
          </w:p>
        </w:tc>
        <w:tc>
          <w:tcPr>
            <w:tcW w:type="dxa" w:w="1700"/>
          </w:tcPr>
          <w:p>
            <w:r>
              <w:t>10</w:t>
            </w:r>
          </w:p>
        </w:tc>
        <w:tc>
          <w:tcPr>
            <w:tcW w:type="dxa" w:w="1700"/>
          </w:tcPr>
          <w:p>
            <w:r>
              <w:t>적용 약속</w:t>
            </w:r>
          </w:p>
        </w:tc>
        <w:tc>
          <w:tcPr>
            <w:tcW w:type="dxa" w:w="1700"/>
          </w:tcPr>
          <w:p>
            <w:r>
              <w:t>다음 수업에 바꿀 것 한 가지 적기</w:t>
            </w:r>
          </w:p>
        </w:tc>
        <w:tc>
          <w:tcPr>
            <w:tcW w:type="dxa" w:w="1700"/>
          </w:tcPr>
          <w:p>
            <w:r>
              <w:t>적용 약속 칸</w:t>
            </w:r>
          </w:p>
        </w:tc>
        <w:tc>
          <w:tcPr>
            <w:tcW w:type="dxa" w:w="1700"/>
          </w:tcPr>
          <w:p>
            <w:r>
              <w:t>적용할 것 한 줄 확인</w:t>
            </w:r>
          </w:p>
        </w:tc>
      </w:tr>
    </w:tbl>
    <w:p>
      <w:r>
        <w:t>진행 안내: 미니수업은 6모둠 각 3분과 전환 합계 2분으로 20분입니다. 시연 직후 받은 관찰 의견으로 먼저 수정하고, 마지막 동료 점검에서 보완 의견 2개를 정리합니다. 마지막 점검 후 추가 수정은 후속 과제로 남깁니다.</w:t>
      </w:r>
    </w:p>
    <w:p>
      <w:r>
        <w:t>인터넷 불가 시: 종이 활동지·문장 카드로 동일 활동을 진행합니다. 접근성: 문장을 읽어 주고 표시 방법을 먼저 보여 줍니다. 최종 교육 내용과 평가는 교육 담당자가 확정합니다.</w:t>
      </w:r>
    </w:p>
    <w:p>
      <w:r>
        <w:br w:type="page"/>
      </w:r>
    </w:p>
    <w:p>
      <w:pPr>
        <w:pStyle w:val="Heading1"/>
      </w:pPr>
      <w:r>
        <w:t>검산·변경·담당자 확인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cantSplit/>
          <w:tblHeader/>
        </w:trPr>
        <w:tc>
          <w:tcPr>
            <w:tcW w:type="dxa" w:w="5100"/>
          </w:tcPr>
          <w:p>
            <w:r>
              <w:t>항목</w:t>
            </w:r>
          </w:p>
        </w:tc>
        <w:tc>
          <w:tcPr>
            <w:tcW w:type="dxa" w:w="5100"/>
          </w:tcPr>
          <w:p>
            <w:r>
              <w:t>검토 결과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초안</w:t>
            </w:r>
          </w:p>
        </w:tc>
        <w:tc>
          <w:tcPr>
            <w:tcW w:type="dxa" w:w="5100"/>
          </w:tcPr>
          <w:p>
            <w:r>
              <w:t>50 + 65 + 70 = 185분, 운영조건보다 5분 초과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수정</w:t>
            </w:r>
          </w:p>
        </w:tc>
        <w:tc>
          <w:tcPr>
            <w:tcW w:type="dxa" w:w="5100"/>
          </w:tcPr>
          <w:p>
            <w:r>
              <w:t>모둠 공유 15 → 10분, 그 외 활동 유지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최종</w:t>
            </w:r>
          </w:p>
        </w:tc>
        <w:tc>
          <w:tcPr>
            <w:tcW w:type="dxa" w:w="5100"/>
          </w:tcPr>
          <w:p>
            <w:r>
              <w:t>50 + 60 + 70 = 180분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순수업</w:t>
            </w:r>
          </w:p>
        </w:tc>
        <w:tc>
          <w:tcPr>
            <w:tcW w:type="dxa" w:w="5100"/>
          </w:tcPr>
          <w:p>
            <w:r>
              <w:t>180 - 10 = 170분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직접 연습</w:t>
            </w:r>
          </w:p>
        </w:tc>
        <w:tc>
          <w:tcPr>
            <w:tcW w:type="dxa" w:w="5100"/>
          </w:tcPr>
          <w:p>
            <w:r>
              <w:t>20 + 20 + 30 + 20 + 25 + 15 = 130분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연습 수업안</w:t>
            </w:r>
          </w:p>
        </w:tc>
        <w:tc>
          <w:tcPr>
            <w:tcW w:type="dxa" w:w="5100"/>
          </w:tcPr>
          <w:p>
            <w:r>
              <w:t>5 + 10 + 20 + 10 + 5 = 50분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rPr>
          <w:cantSplit/>
          <w:tblHeader/>
        </w:trPr>
        <w:tc>
          <w:tcPr>
            <w:tcW w:type="dxa" w:w="2550"/>
          </w:tcPr>
          <w:p>
            <w:r>
              <w:t>평가 항목</w:t>
            </w:r>
          </w:p>
        </w:tc>
        <w:tc>
          <w:tcPr>
            <w:tcW w:type="dxa" w:w="2550"/>
          </w:tcPr>
          <w:p>
            <w:r>
              <w:t>0점</w:t>
            </w:r>
          </w:p>
        </w:tc>
        <w:tc>
          <w:tcPr>
            <w:tcW w:type="dxa" w:w="2550"/>
          </w:tcPr>
          <w:p>
            <w:r>
              <w:t>1점</w:t>
            </w:r>
          </w:p>
        </w:tc>
        <w:tc>
          <w:tcPr>
            <w:tcW w:type="dxa" w:w="2550"/>
          </w:tcPr>
          <w:p>
            <w:r>
              <w:t>2점</w:t>
            </w:r>
          </w:p>
        </w:tc>
      </w:tr>
      <w:tr>
        <w:trPr>
          <w:cantSplit/>
        </w:trPr>
        <w:tc>
          <w:tcPr>
            <w:tcW w:type="dxa" w:w="2550"/>
          </w:tcPr>
          <w:p>
            <w:r>
              <w:t>목표 구체성</w:t>
            </w:r>
          </w:p>
        </w:tc>
        <w:tc>
          <w:tcPr>
            <w:tcW w:type="dxa" w:w="2550"/>
          </w:tcPr>
          <w:p>
            <w:r>
              <w:t>행동·기준이 모두 없음</w:t>
            </w:r>
          </w:p>
        </w:tc>
        <w:tc>
          <w:tcPr>
            <w:tcW w:type="dxa" w:w="2550"/>
          </w:tcPr>
          <w:p>
            <w:r>
              <w:t>행동 또는 기준 한쪽만 있음</w:t>
            </w:r>
          </w:p>
        </w:tc>
        <w:tc>
          <w:tcPr>
            <w:tcW w:type="dxa" w:w="2550"/>
          </w:tcPr>
          <w:p>
            <w:r>
              <w:t>목표 2개 모두 행동·기준 있음</w:t>
            </w:r>
          </w:p>
        </w:tc>
      </w:tr>
      <w:tr>
        <w:trPr>
          <w:cantSplit/>
        </w:trPr>
        <w:tc>
          <w:tcPr>
            <w:tcW w:type="dxa" w:w="2550"/>
          </w:tcPr>
          <w:p>
            <w:r>
              <w:t>목표·활동·평가 연결</w:t>
            </w:r>
          </w:p>
        </w:tc>
        <w:tc>
          <w:tcPr>
            <w:tcW w:type="dxa" w:w="2550"/>
          </w:tcPr>
          <w:p>
            <w:r>
              <w:t>연결이 없음</w:t>
            </w:r>
          </w:p>
        </w:tc>
        <w:tc>
          <w:tcPr>
            <w:tcW w:type="dxa" w:w="2550"/>
          </w:tcPr>
          <w:p>
            <w:r>
              <w:t>연결 한 곳 이상 빠짐</w:t>
            </w:r>
          </w:p>
        </w:tc>
        <w:tc>
          <w:tcPr>
            <w:tcW w:type="dxa" w:w="2550"/>
          </w:tcPr>
          <w:p>
            <w:r>
              <w:t>목표마다 활동과 평가 연결</w:t>
            </w:r>
          </w:p>
        </w:tc>
      </w:tr>
      <w:tr>
        <w:trPr>
          <w:cantSplit/>
        </w:trPr>
        <w:tc>
          <w:tcPr>
            <w:tcW w:type="dxa" w:w="2550"/>
          </w:tcPr>
          <w:p>
            <w:r>
              <w:t>시간 배분</w:t>
            </w:r>
          </w:p>
        </w:tc>
        <w:tc>
          <w:tcPr>
            <w:tcW w:type="dxa" w:w="2550"/>
          </w:tcPr>
          <w:p>
            <w:r>
              <w:t>시간이 적혀 있지 않음</w:t>
            </w:r>
          </w:p>
        </w:tc>
        <w:tc>
          <w:tcPr>
            <w:tcW w:type="dxa" w:w="2550"/>
          </w:tcPr>
          <w:p>
            <w:r>
              <w:t>합계가 50분과 다름</w:t>
            </w:r>
          </w:p>
        </w:tc>
        <w:tc>
          <w:tcPr>
            <w:tcW w:type="dxa" w:w="2550"/>
          </w:tcPr>
          <w:p>
            <w:r>
              <w:t>합계 50분·활동별 시간 표시</w:t>
            </w:r>
          </w:p>
        </w:tc>
      </w:tr>
    </w:tbl>
    <w:p>
      <w:r>
        <w:t>연습용 재점검: 총 6점 중 4점 미만, 합계 50분 불일치, 목표·활동·평가 연결 누락은 수정합니다.</w:t>
      </w:r>
    </w:p>
    <w:p>
      <w:r>
        <w:t>담당자 확인: 대상 수준 적합성 / 날짜·강사 / 장비·인터넷 / 가명 처리 / 기관의 도구 사용 승인 / 채점 기준. 모두 확정 전입니다.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실제 학습자 자료는 이름·주민번호·연락처를 가리고 기관 규정을 먼저 확인하세요.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JJ교육연구원 · 교육 영상 시연용 가상 자료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