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교육운영 핵심정보</w:t>
      </w:r>
    </w:p>
    <w:p>
      <w:r>
        <w:t>교육 영상 시연용 가상 자료 | 검토용 초안 · 발송 금지</w:t>
      </w:r>
    </w:p>
    <w:p>
      <w:r>
        <w:t>교육운영 담당이 작성한 메모입니다. 이 문서에 없는 정보는 확정하지 않습니다. 모든 기관·인물·과정·수치는 가상입니다.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항목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운영 메모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주관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JJ교육연구원(가상, 교육 컨설팅·연수 기관, 연구원 85명)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과정명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가족과 함께하는 디지털 생활 교실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목적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가족이 함께 디지털 생활의 안전한 이용 방법을 익힌다.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대상·정원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초등 5~6학년 학생과 보호자 1명씩, 24팀(총 48명)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교육 일시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2026. 12. 12.(토) 10:00~12:00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등록 시작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교육 당일 09:40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교육 장소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JJ교육연구원 2층 배움실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신청 마감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2026. 12. 4.(금) 17:00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참가비·준비물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참가비 무료 / 필기도구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신청 방법·주소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정원 초과 시 선정 기준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문의 연락처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  <w:tr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노트북 대여 여부</w:t>
            </w:r>
          </w:p>
        </w:tc>
        <w:tc>
          <w:tcPr>
            <w:tcW w:type="dxa" w:w="5156"/>
          </w:tcPr>
          <w:p>
            <w:r>
              <w:rPr>
                <w:rFonts w:ascii="맑은 고딕" w:hAnsi="맑은 고딕" w:eastAsia="맑은 고딕"/>
                <w:sz w:val="20"/>
              </w:rPr>
              <w:t>(확인 필요)</w:t>
            </w:r>
          </w:p>
        </w:tc>
      </w:tr>
    </w:tbl>
    <w:p>
      <w:r>
        <w:t>공문 발송을 위한 수신·경유·문서번호·시행일·결재자·직인 정보는 미정입니다. 실제 기관의 최신 서식과 승인 절차를 담당자가 확인합니다.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