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시공 단계별 품질 체크리스트 · 결과 예시</w:t>
      </w:r>
    </w:p>
    <w:p>
      <w:r>
        <w:t>JJ건설(가상, 종합건설·임대, 직원 540명)</w:t>
      </w:r>
    </w:p>
    <w:p>
      <w:r>
        <w:t>교육 영상 시연용 가상 자료</w:t>
      </w:r>
    </w:p>
    <w:p>
      <w:r>
        <w:t>다온현장 적용 검토용 초안 | 중복 제외 접수 242건(유형 확정 240·분류 보류 2)을 근거로 만든 6단계 12항목. 모든 기준·점검 결과는 현장책임자와 품질팀이 확인합니다. 미점검 상태를 합격으로 보지 않습니다.</w:t>
      </w:r>
    </w:p>
    <w:p>
      <w:pPr>
        <w:pStyle w:val="Heading1"/>
      </w:pPr>
      <w:r>
        <w:t>방수 전</w:t>
      </w:r>
    </w:p>
    <w:p>
      <w:pPr>
        <w:pStyle w:val="Heading2"/>
      </w:pPr>
      <w:r>
        <w:t>Q01 · 관통부·모서리 바탕 상태 확인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</w:trPr>
        <w:tc>
          <w:tcPr>
            <w:tcW w:type="dxa" w:w="5100"/>
          </w:tcPr>
          <w:p>
            <w:r>
              <w:t>확인란</w:t>
            </w:r>
          </w:p>
        </w:tc>
        <w:tc>
          <w:tcPr>
            <w:tcW w:type="dxa" w:w="5100"/>
          </w:tcPr>
          <w:p>
            <w:r>
              <w:t>내용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연결 근거</w:t>
            </w:r>
          </w:p>
        </w:tc>
        <w:tc>
          <w:tcPr>
            <w:tcW w:type="dxa" w:w="5100"/>
          </w:tcPr>
          <w:p>
            <w:r>
              <w:t>방수·누수 80건 / 현장확인기록의 해당 관찰. 유형 전체 건수이며 점검 횟수 아님.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방법</w:t>
            </w:r>
          </w:p>
        </w:tc>
        <w:tc>
          <w:tcPr>
            <w:tcW w:type="dxa" w:w="5100"/>
          </w:tcPr>
          <w:p>
            <w:r>
              <w:t>눈으로 보고 승인 상세와 대조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기준</w:t>
            </w:r>
          </w:p>
        </w:tc>
        <w:tc>
          <w:tcPr>
            <w:tcW w:type="dxa" w:w="5100"/>
          </w:tcPr>
          <w:p>
            <w:r>
              <w:t>승인 방수 시방서·상세도 번호 (확인 필요)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담당</w:t>
            </w:r>
          </w:p>
        </w:tc>
        <w:tc>
          <w:tcPr>
            <w:tcW w:type="dxa" w:w="5100"/>
          </w:tcPr>
          <w:p>
            <w:r>
              <w:t>방수 담당·품질팀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증빙</w:t>
            </w:r>
          </w:p>
        </w:tc>
        <w:tc>
          <w:tcPr>
            <w:tcW w:type="dxa" w:w="5100"/>
          </w:tcPr>
          <w:p>
            <w:r>
              <w:t>바탕 사진·확인 서명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현장 기록</w:t>
            </w:r>
          </w:p>
        </w:tc>
        <w:tc>
          <w:tcPr>
            <w:tcW w:type="dxa" w:w="5100"/>
          </w:tcPr>
          <w:p>
            <w:r>
              <w:t>위치: ______  확인일: ______  점검자: ______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판정·조치</w:t>
            </w:r>
          </w:p>
        </w:tc>
        <w:tc>
          <w:tcPr>
            <w:tcW w:type="dxa" w:w="5100"/>
          </w:tcPr>
          <w:p>
            <w:r>
              <w:t>□ 미점검  □ 적합  □ 부적합  □ 확인 필요</w:t>
              <w:br/>
              <w:t>조치·재점검·서명: ____________________</w:t>
            </w:r>
          </w:p>
        </w:tc>
      </w:tr>
    </w:tbl>
    <w:p>
      <w:pPr>
        <w:pStyle w:val="Heading2"/>
      </w:pPr>
      <w:r>
        <w:t>Q02 · 배수구 접합부와 방수 연결 확인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</w:trPr>
        <w:tc>
          <w:tcPr>
            <w:tcW w:type="dxa" w:w="5100"/>
          </w:tcPr>
          <w:p>
            <w:r>
              <w:t>확인란</w:t>
            </w:r>
          </w:p>
        </w:tc>
        <w:tc>
          <w:tcPr>
            <w:tcW w:type="dxa" w:w="5100"/>
          </w:tcPr>
          <w:p>
            <w:r>
              <w:t>내용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연결 근거</w:t>
            </w:r>
          </w:p>
        </w:tc>
        <w:tc>
          <w:tcPr>
            <w:tcW w:type="dxa" w:w="5100"/>
          </w:tcPr>
          <w:p>
            <w:r>
              <w:t>방수·누수 80건 / 현장확인기록의 해당 관찰. 유형 전체 건수이며 점검 횟수 아님.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방법</w:t>
            </w:r>
          </w:p>
        </w:tc>
        <w:tc>
          <w:tcPr>
            <w:tcW w:type="dxa" w:w="5100"/>
          </w:tcPr>
          <w:p>
            <w:r>
              <w:t>연결부 상태와 상세도 대조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기준</w:t>
            </w:r>
          </w:p>
        </w:tc>
        <w:tc>
          <w:tcPr>
            <w:tcW w:type="dxa" w:w="5100"/>
          </w:tcPr>
          <w:p>
            <w:r>
              <w:t>승인 방수 상세도 번호 (확인 필요)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담당</w:t>
            </w:r>
          </w:p>
        </w:tc>
        <w:tc>
          <w:tcPr>
            <w:tcW w:type="dxa" w:w="5100"/>
          </w:tcPr>
          <w:p>
            <w:r>
              <w:t>방수 담당·품질팀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증빙</w:t>
            </w:r>
          </w:p>
        </w:tc>
        <w:tc>
          <w:tcPr>
            <w:tcW w:type="dxa" w:w="5100"/>
          </w:tcPr>
          <w:p>
            <w:r>
              <w:t>연결부 사진·확인 서명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현장 기록</w:t>
            </w:r>
          </w:p>
        </w:tc>
        <w:tc>
          <w:tcPr>
            <w:tcW w:type="dxa" w:w="5100"/>
          </w:tcPr>
          <w:p>
            <w:r>
              <w:t>위치: ______  확인일: ______  점검자: ______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판정·조치</w:t>
            </w:r>
          </w:p>
        </w:tc>
        <w:tc>
          <w:tcPr>
            <w:tcW w:type="dxa" w:w="5100"/>
          </w:tcPr>
          <w:p>
            <w:r>
              <w:t>□ 미점검  □ 적합  □ 부적합  □ 확인 필요</w:t>
              <w:br/>
              <w:t>조치·재점검·서명: ____________________</w:t>
            </w:r>
          </w:p>
        </w:tc>
      </w:tr>
    </w:tbl>
    <w:p>
      <w:r>
        <w:t>승인 전: 시방서 번호·검사 범위·측정 기준을 채우세요. 미해소 항목은 담당자가 다음 작업 진행 여부를 결정합니다.</w:t>
      </w:r>
    </w:p>
    <w:p>
      <w:r>
        <w:br w:type="page"/>
      </w:r>
    </w:p>
    <w:p>
      <w:pPr>
        <w:pStyle w:val="Heading1"/>
      </w:pPr>
      <w:r>
        <w:t>방수 후·덮기 전</w:t>
      </w:r>
    </w:p>
    <w:p>
      <w:pPr>
        <w:pStyle w:val="Heading2"/>
      </w:pPr>
      <w:r>
        <w:t>Q03 · 담수시험 기록 확인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</w:trPr>
        <w:tc>
          <w:tcPr>
            <w:tcW w:type="dxa" w:w="5100"/>
          </w:tcPr>
          <w:p>
            <w:r>
              <w:t>확인란</w:t>
            </w:r>
          </w:p>
        </w:tc>
        <w:tc>
          <w:tcPr>
            <w:tcW w:type="dxa" w:w="5100"/>
          </w:tcPr>
          <w:p>
            <w:r>
              <w:t>내용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연결 근거</w:t>
            </w:r>
          </w:p>
        </w:tc>
        <w:tc>
          <w:tcPr>
            <w:tcW w:type="dxa" w:w="5100"/>
          </w:tcPr>
          <w:p>
            <w:r>
              <w:t>방수·누수 80건 / 현장확인기록의 해당 관찰. 유형 전체 건수이며 점검 횟수 아님.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방법</w:t>
            </w:r>
          </w:p>
        </w:tc>
        <w:tc>
          <w:tcPr>
            <w:tcW w:type="dxa" w:w="5100"/>
          </w:tcPr>
          <w:p>
            <w:r>
              <w:t>승인 절차와 시험 결과 대조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기준</w:t>
            </w:r>
          </w:p>
        </w:tc>
        <w:tc>
          <w:tcPr>
            <w:tcW w:type="dxa" w:w="5100"/>
          </w:tcPr>
          <w:p>
            <w:r>
              <w:t>시험 시간·합격 기준 (확인 필요)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담당</w:t>
            </w:r>
          </w:p>
        </w:tc>
        <w:tc>
          <w:tcPr>
            <w:tcW w:type="dxa" w:w="5100"/>
          </w:tcPr>
          <w:p>
            <w:r>
              <w:t>방수 담당·품질팀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증빙</w:t>
            </w:r>
          </w:p>
        </w:tc>
        <w:tc>
          <w:tcPr>
            <w:tcW w:type="dxa" w:w="5100"/>
          </w:tcPr>
          <w:p>
            <w:r>
              <w:t>시험 기록·확인 서명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현장 기록</w:t>
            </w:r>
          </w:p>
        </w:tc>
        <w:tc>
          <w:tcPr>
            <w:tcW w:type="dxa" w:w="5100"/>
          </w:tcPr>
          <w:p>
            <w:r>
              <w:t>위치: ______  확인일: ______  점검자: ______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판정·조치</w:t>
            </w:r>
          </w:p>
        </w:tc>
        <w:tc>
          <w:tcPr>
            <w:tcW w:type="dxa" w:w="5100"/>
          </w:tcPr>
          <w:p>
            <w:r>
              <w:t>□ 미점검  □ 적합  □ 부적합  □ 확인 필요</w:t>
              <w:br/>
              <w:t>조치·재점검·서명: ____________________</w:t>
            </w:r>
          </w:p>
        </w:tc>
      </w:tr>
    </w:tbl>
    <w:p>
      <w:pPr>
        <w:pStyle w:val="Heading2"/>
      </w:pPr>
      <w:r>
        <w:t>Q04 · 미조치·미확인 사항을 덮기 전 해소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</w:trPr>
        <w:tc>
          <w:tcPr>
            <w:tcW w:type="dxa" w:w="5100"/>
          </w:tcPr>
          <w:p>
            <w:r>
              <w:t>확인란</w:t>
            </w:r>
          </w:p>
        </w:tc>
        <w:tc>
          <w:tcPr>
            <w:tcW w:type="dxa" w:w="5100"/>
          </w:tcPr>
          <w:p>
            <w:r>
              <w:t>내용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연결 근거</w:t>
            </w:r>
          </w:p>
        </w:tc>
        <w:tc>
          <w:tcPr>
            <w:tcW w:type="dxa" w:w="5100"/>
          </w:tcPr>
          <w:p>
            <w:r>
              <w:t>방수·누수 80건 / 현장확인기록의 해당 관찰. 유형 전체 건수이며 점검 횟수 아님.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방법</w:t>
            </w:r>
          </w:p>
        </w:tc>
        <w:tc>
          <w:tcPr>
            <w:tcW w:type="dxa" w:w="5100"/>
          </w:tcPr>
          <w:p>
            <w:r>
              <w:t>보수 기록을 읽고 재점검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기준</w:t>
            </w:r>
          </w:p>
        </w:tc>
        <w:tc>
          <w:tcPr>
            <w:tcW w:type="dxa" w:w="5100"/>
          </w:tcPr>
          <w:p>
            <w:r>
              <w:t>미확인 시 덮기 진행 여부 담당자 판단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담당</w:t>
            </w:r>
          </w:p>
        </w:tc>
        <w:tc>
          <w:tcPr>
            <w:tcW w:type="dxa" w:w="5100"/>
          </w:tcPr>
          <w:p>
            <w:r>
              <w:t>현장책임자·품질팀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증빙</w:t>
            </w:r>
          </w:p>
        </w:tc>
        <w:tc>
          <w:tcPr>
            <w:tcW w:type="dxa" w:w="5100"/>
          </w:tcPr>
          <w:p>
            <w:r>
              <w:t>보수 전후 기록·재점검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현장 기록</w:t>
            </w:r>
          </w:p>
        </w:tc>
        <w:tc>
          <w:tcPr>
            <w:tcW w:type="dxa" w:w="5100"/>
          </w:tcPr>
          <w:p>
            <w:r>
              <w:t>위치: ______  확인일: ______  점검자: ______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판정·조치</w:t>
            </w:r>
          </w:p>
        </w:tc>
        <w:tc>
          <w:tcPr>
            <w:tcW w:type="dxa" w:w="5100"/>
          </w:tcPr>
          <w:p>
            <w:r>
              <w:t>□ 미점검  □ 적합  □ 부적합  □ 확인 필요</w:t>
              <w:br/>
              <w:t>조치·재점검·서명: ____________________</w:t>
            </w:r>
          </w:p>
        </w:tc>
      </w:tr>
    </w:tbl>
    <w:p>
      <w:r>
        <w:t>승인 전: 시방서 번호·검사 범위·측정 기준을 채우세요. 미해소 항목은 담당자가 다음 작업 진행 여부를 결정합니다.</w:t>
      </w:r>
    </w:p>
    <w:p>
      <w:r>
        <w:br w:type="page"/>
      </w:r>
    </w:p>
    <w:p>
      <w:pPr>
        <w:pStyle w:val="Heading1"/>
      </w:pPr>
      <w:r>
        <w:t>타일 시공 후</w:t>
      </w:r>
    </w:p>
    <w:p>
      <w:pPr>
        <w:pStyle w:val="Heading2"/>
      </w:pPr>
      <w:r>
        <w:t>Q05 · 타일 들뜸 의심 구간 표시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</w:trPr>
        <w:tc>
          <w:tcPr>
            <w:tcW w:type="dxa" w:w="5100"/>
          </w:tcPr>
          <w:p>
            <w:r>
              <w:t>확인란</w:t>
            </w:r>
          </w:p>
        </w:tc>
        <w:tc>
          <w:tcPr>
            <w:tcW w:type="dxa" w:w="5100"/>
          </w:tcPr>
          <w:p>
            <w:r>
              <w:t>내용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연결 근거</w:t>
            </w:r>
          </w:p>
        </w:tc>
        <w:tc>
          <w:tcPr>
            <w:tcW w:type="dxa" w:w="5100"/>
          </w:tcPr>
          <w:p>
            <w:r>
              <w:t>타일 들뜸 60건 / 현장확인기록의 해당 관찰. 유형 전체 건수이며 점검 횟수 아님.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방법</w:t>
            </w:r>
          </w:p>
        </w:tc>
        <w:tc>
          <w:tcPr>
            <w:tcW w:type="dxa" w:w="5100"/>
          </w:tcPr>
          <w:p>
            <w:r>
              <w:t>승인 절차에 따라 두드림 확인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기준</w:t>
            </w:r>
          </w:p>
        </w:tc>
        <w:tc>
          <w:tcPr>
            <w:tcW w:type="dxa" w:w="5100"/>
          </w:tcPr>
          <w:p>
            <w:r>
              <w:t>검사 범위·판정 기준 (확인 필요)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담당</w:t>
            </w:r>
          </w:p>
        </w:tc>
        <w:tc>
          <w:tcPr>
            <w:tcW w:type="dxa" w:w="5100"/>
          </w:tcPr>
          <w:p>
            <w:r>
              <w:t>타일 담당·품질팀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증빙</w:t>
            </w:r>
          </w:p>
        </w:tc>
        <w:tc>
          <w:tcPr>
            <w:tcW w:type="dxa" w:w="5100"/>
          </w:tcPr>
          <w:p>
            <w:r>
              <w:t>위치도·점검 기록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현장 기록</w:t>
            </w:r>
          </w:p>
        </w:tc>
        <w:tc>
          <w:tcPr>
            <w:tcW w:type="dxa" w:w="5100"/>
          </w:tcPr>
          <w:p>
            <w:r>
              <w:t>위치: ______  확인일: ______  점검자: ______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판정·조치</w:t>
            </w:r>
          </w:p>
        </w:tc>
        <w:tc>
          <w:tcPr>
            <w:tcW w:type="dxa" w:w="5100"/>
          </w:tcPr>
          <w:p>
            <w:r>
              <w:t>□ 미점검  □ 적합  □ 부적합  □ 확인 필요</w:t>
              <w:br/>
              <w:t>조치·재점검·서명: ____________________</w:t>
            </w:r>
          </w:p>
        </w:tc>
      </w:tr>
    </w:tbl>
    <w:p>
      <w:pPr>
        <w:pStyle w:val="Heading2"/>
      </w:pPr>
      <w:r>
        <w:t>Q06 · 바탕·접착 시공 기록과 의심 위치 대조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</w:trPr>
        <w:tc>
          <w:tcPr>
            <w:tcW w:type="dxa" w:w="5100"/>
          </w:tcPr>
          <w:p>
            <w:r>
              <w:t>확인란</w:t>
            </w:r>
          </w:p>
        </w:tc>
        <w:tc>
          <w:tcPr>
            <w:tcW w:type="dxa" w:w="5100"/>
          </w:tcPr>
          <w:p>
            <w:r>
              <w:t>내용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연결 근거</w:t>
            </w:r>
          </w:p>
        </w:tc>
        <w:tc>
          <w:tcPr>
            <w:tcW w:type="dxa" w:w="5100"/>
          </w:tcPr>
          <w:p>
            <w:r>
              <w:t>타일 들뜸 60건 / 현장확인기록의 해당 관찰. 유형 전체 건수이며 점검 횟수 아님.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방법</w:t>
            </w:r>
          </w:p>
        </w:tc>
        <w:tc>
          <w:tcPr>
            <w:tcW w:type="dxa" w:w="5100"/>
          </w:tcPr>
          <w:p>
            <w:r>
              <w:t>자재·시공 기록을 함께 확인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기준</w:t>
            </w:r>
          </w:p>
        </w:tc>
        <w:tc>
          <w:tcPr>
            <w:tcW w:type="dxa" w:w="5100"/>
          </w:tcPr>
          <w:p>
            <w:r>
              <w:t>승인 타일 시방서 번호 (확인 필요)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담당</w:t>
            </w:r>
          </w:p>
        </w:tc>
        <w:tc>
          <w:tcPr>
            <w:tcW w:type="dxa" w:w="5100"/>
          </w:tcPr>
          <w:p>
            <w:r>
              <w:t>타일 담당·품질팀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증빙</w:t>
            </w:r>
          </w:p>
        </w:tc>
        <w:tc>
          <w:tcPr>
            <w:tcW w:type="dxa" w:w="5100"/>
          </w:tcPr>
          <w:p>
            <w:r>
              <w:t>시공 기록·재점검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현장 기록</w:t>
            </w:r>
          </w:p>
        </w:tc>
        <w:tc>
          <w:tcPr>
            <w:tcW w:type="dxa" w:w="5100"/>
          </w:tcPr>
          <w:p>
            <w:r>
              <w:t>위치: ______  확인일: ______  점검자: ______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판정·조치</w:t>
            </w:r>
          </w:p>
        </w:tc>
        <w:tc>
          <w:tcPr>
            <w:tcW w:type="dxa" w:w="5100"/>
          </w:tcPr>
          <w:p>
            <w:r>
              <w:t>□ 미점검  □ 적합  □ 부적합  □ 확인 필요</w:t>
              <w:br/>
              <w:t>조치·재점검·서명: ____________________</w:t>
            </w:r>
          </w:p>
        </w:tc>
      </w:tr>
    </w:tbl>
    <w:p>
      <w:r>
        <w:t>승인 전: 시방서 번호·검사 범위·측정 기준을 채우세요. 미해소 항목은 담당자가 다음 작업 진행 여부를 결정합니다.</w:t>
      </w:r>
    </w:p>
    <w:p>
      <w:r>
        <w:br w:type="page"/>
      </w:r>
    </w:p>
    <w:p>
      <w:pPr>
        <w:pStyle w:val="Heading1"/>
      </w:pPr>
      <w:r>
        <w:t>창호·문 설치 후</w:t>
      </w:r>
    </w:p>
    <w:p>
      <w:pPr>
        <w:pStyle w:val="Heading2"/>
      </w:pPr>
      <w:r>
        <w:t>Q07 · 창틀 주변 충전과 틈새 확인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</w:trPr>
        <w:tc>
          <w:tcPr>
            <w:tcW w:type="dxa" w:w="5100"/>
          </w:tcPr>
          <w:p>
            <w:r>
              <w:t>확인란</w:t>
            </w:r>
          </w:p>
        </w:tc>
        <w:tc>
          <w:tcPr>
            <w:tcW w:type="dxa" w:w="5100"/>
          </w:tcPr>
          <w:p>
            <w:r>
              <w:t>내용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연결 근거</w:t>
            </w:r>
          </w:p>
        </w:tc>
        <w:tc>
          <w:tcPr>
            <w:tcW w:type="dxa" w:w="5100"/>
          </w:tcPr>
          <w:p>
            <w:r>
              <w:t>창호 틈새 40건 / 현장확인기록의 해당 관찰. 유형 전체 건수이며 점검 횟수 아님.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방법</w:t>
            </w:r>
          </w:p>
        </w:tc>
        <w:tc>
          <w:tcPr>
            <w:tcW w:type="dxa" w:w="5100"/>
          </w:tcPr>
          <w:p>
            <w:r>
              <w:t>승인 상세와 설치 상태 대조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기준</w:t>
            </w:r>
          </w:p>
        </w:tc>
        <w:tc>
          <w:tcPr>
            <w:tcW w:type="dxa" w:w="5100"/>
          </w:tcPr>
          <w:p>
            <w:r>
              <w:t>승인 창호 상세·시험 기준 (확인 필요)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담당</w:t>
            </w:r>
          </w:p>
        </w:tc>
        <w:tc>
          <w:tcPr>
            <w:tcW w:type="dxa" w:w="5100"/>
          </w:tcPr>
          <w:p>
            <w:r>
              <w:t>창호 담당·품질팀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증빙</w:t>
            </w:r>
          </w:p>
        </w:tc>
        <w:tc>
          <w:tcPr>
            <w:tcW w:type="dxa" w:w="5100"/>
          </w:tcPr>
          <w:p>
            <w:r>
              <w:t>설치 사진·시험 기록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현장 기록</w:t>
            </w:r>
          </w:p>
        </w:tc>
        <w:tc>
          <w:tcPr>
            <w:tcW w:type="dxa" w:w="5100"/>
          </w:tcPr>
          <w:p>
            <w:r>
              <w:t>위치: ______  확인일: ______  점검자: ______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판정·조치</w:t>
            </w:r>
          </w:p>
        </w:tc>
        <w:tc>
          <w:tcPr>
            <w:tcW w:type="dxa" w:w="5100"/>
          </w:tcPr>
          <w:p>
            <w:r>
              <w:t>□ 미점검  □ 적합  □ 부적합  □ 확인 필요</w:t>
              <w:br/>
              <w:t>조치·재점검·서명: ____________________</w:t>
            </w:r>
          </w:p>
        </w:tc>
      </w:tr>
    </w:tbl>
    <w:p>
      <w:pPr>
        <w:pStyle w:val="Heading2"/>
      </w:pPr>
      <w:r>
        <w:t>Q08 · 문짝 닫힘·간섭 확인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</w:trPr>
        <w:tc>
          <w:tcPr>
            <w:tcW w:type="dxa" w:w="5100"/>
          </w:tcPr>
          <w:p>
            <w:r>
              <w:t>확인란</w:t>
            </w:r>
          </w:p>
        </w:tc>
        <w:tc>
          <w:tcPr>
            <w:tcW w:type="dxa" w:w="5100"/>
          </w:tcPr>
          <w:p>
            <w:r>
              <w:t>내용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연결 근거</w:t>
            </w:r>
          </w:p>
        </w:tc>
        <w:tc>
          <w:tcPr>
            <w:tcW w:type="dxa" w:w="5100"/>
          </w:tcPr>
          <w:p>
            <w:r>
              <w:t>문짝 작동 20건 / 현장확인기록의 해당 관찰. 유형 전체 건수이며 점검 횟수 아님.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방법</w:t>
            </w:r>
          </w:p>
        </w:tc>
        <w:tc>
          <w:tcPr>
            <w:tcW w:type="dxa" w:w="5100"/>
          </w:tcPr>
          <w:p>
            <w:r>
              <w:t>승인 절차로 개폐 상태 확인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기준</w:t>
            </w:r>
          </w:p>
        </w:tc>
        <w:tc>
          <w:tcPr>
            <w:tcW w:type="dxa" w:w="5100"/>
          </w:tcPr>
          <w:p>
            <w:r>
              <w:t>승인 문 설치 기준 (확인 필요)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담당</w:t>
            </w:r>
          </w:p>
        </w:tc>
        <w:tc>
          <w:tcPr>
            <w:tcW w:type="dxa" w:w="5100"/>
          </w:tcPr>
          <w:p>
            <w:r>
              <w:t>목공 담당·품질팀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증빙</w:t>
            </w:r>
          </w:p>
        </w:tc>
        <w:tc>
          <w:tcPr>
            <w:tcW w:type="dxa" w:w="5100"/>
          </w:tcPr>
          <w:p>
            <w:r>
              <w:t>작동 확인·조정 기록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현장 기록</w:t>
            </w:r>
          </w:p>
        </w:tc>
        <w:tc>
          <w:tcPr>
            <w:tcW w:type="dxa" w:w="5100"/>
          </w:tcPr>
          <w:p>
            <w:r>
              <w:t>위치: ______  확인일: ______  점검자: ______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판정·조치</w:t>
            </w:r>
          </w:p>
        </w:tc>
        <w:tc>
          <w:tcPr>
            <w:tcW w:type="dxa" w:w="5100"/>
          </w:tcPr>
          <w:p>
            <w:r>
              <w:t>□ 미점검  □ 적합  □ 부적합  □ 확인 필요</w:t>
              <w:br/>
              <w:t>조치·재점검·서명: ____________________</w:t>
            </w:r>
          </w:p>
        </w:tc>
      </w:tr>
    </w:tbl>
    <w:p>
      <w:r>
        <w:t>승인 전: 시방서 번호·검사 범위·측정 기준을 채우세요. 미해소 항목은 담당자가 다음 작업 진행 여부를 결정합니다.</w:t>
      </w:r>
    </w:p>
    <w:p>
      <w:r>
        <w:br w:type="page"/>
      </w:r>
    </w:p>
    <w:p>
      <w:pPr>
        <w:pStyle w:val="Heading1"/>
      </w:pPr>
      <w:r>
        <w:t>도장 전·후</w:t>
      </w:r>
    </w:p>
    <w:p>
      <w:pPr>
        <w:pStyle w:val="Heading2"/>
      </w:pPr>
      <w:r>
        <w:t>Q09 · 도장 전 바탕 상태 확인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</w:trPr>
        <w:tc>
          <w:tcPr>
            <w:tcW w:type="dxa" w:w="5100"/>
          </w:tcPr>
          <w:p>
            <w:r>
              <w:t>확인란</w:t>
            </w:r>
          </w:p>
        </w:tc>
        <w:tc>
          <w:tcPr>
            <w:tcW w:type="dxa" w:w="5100"/>
          </w:tcPr>
          <w:p>
            <w:r>
              <w:t>내용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연결 근거</w:t>
            </w:r>
          </w:p>
        </w:tc>
        <w:tc>
          <w:tcPr>
            <w:tcW w:type="dxa" w:w="5100"/>
          </w:tcPr>
          <w:p>
            <w:r>
              <w:t>도장 불량 30건 / 현장확인기록의 해당 관찰. 유형 전체 건수이며 점검 횟수 아님.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방법</w:t>
            </w:r>
          </w:p>
        </w:tc>
        <w:tc>
          <w:tcPr>
            <w:tcW w:type="dxa" w:w="5100"/>
          </w:tcPr>
          <w:p>
            <w:r>
              <w:t>건조·바탕 처리 기록 확인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기준</w:t>
            </w:r>
          </w:p>
        </w:tc>
        <w:tc>
          <w:tcPr>
            <w:tcW w:type="dxa" w:w="5100"/>
          </w:tcPr>
          <w:p>
            <w:r>
              <w:t>바탕 수분·작업 조건 기준 (확인 필요)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담당</w:t>
            </w:r>
          </w:p>
        </w:tc>
        <w:tc>
          <w:tcPr>
            <w:tcW w:type="dxa" w:w="5100"/>
          </w:tcPr>
          <w:p>
            <w:r>
              <w:t>도장 담당·품질팀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증빙</w:t>
            </w:r>
          </w:p>
        </w:tc>
        <w:tc>
          <w:tcPr>
            <w:tcW w:type="dxa" w:w="5100"/>
          </w:tcPr>
          <w:p>
            <w:r>
              <w:t>바탕 확인·작업 기록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현장 기록</w:t>
            </w:r>
          </w:p>
        </w:tc>
        <w:tc>
          <w:tcPr>
            <w:tcW w:type="dxa" w:w="5100"/>
          </w:tcPr>
          <w:p>
            <w:r>
              <w:t>위치: ______  확인일: ______  점검자: ______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판정·조치</w:t>
            </w:r>
          </w:p>
        </w:tc>
        <w:tc>
          <w:tcPr>
            <w:tcW w:type="dxa" w:w="5100"/>
          </w:tcPr>
          <w:p>
            <w:r>
              <w:t>□ 미점검  □ 적합  □ 부적합  □ 확인 필요</w:t>
              <w:br/>
              <w:t>조치·재점검·서명: ____________________</w:t>
            </w:r>
          </w:p>
        </w:tc>
      </w:tr>
    </w:tbl>
    <w:p>
      <w:pPr>
        <w:pStyle w:val="Heading2"/>
      </w:pPr>
      <w:r>
        <w:t>Q10 · 도장 후 얼룩·마감 상태 확인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</w:trPr>
        <w:tc>
          <w:tcPr>
            <w:tcW w:type="dxa" w:w="5100"/>
          </w:tcPr>
          <w:p>
            <w:r>
              <w:t>확인란</w:t>
            </w:r>
          </w:p>
        </w:tc>
        <w:tc>
          <w:tcPr>
            <w:tcW w:type="dxa" w:w="5100"/>
          </w:tcPr>
          <w:p>
            <w:r>
              <w:t>내용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연결 근거</w:t>
            </w:r>
          </w:p>
        </w:tc>
        <w:tc>
          <w:tcPr>
            <w:tcW w:type="dxa" w:w="5100"/>
          </w:tcPr>
          <w:p>
            <w:r>
              <w:t>도장 불량 30건 / 현장확인기록의 해당 관찰. 유형 전체 건수이며 점검 횟수 아님.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방법</w:t>
            </w:r>
          </w:p>
        </w:tc>
        <w:tc>
          <w:tcPr>
            <w:tcW w:type="dxa" w:w="5100"/>
          </w:tcPr>
          <w:p>
            <w:r>
              <w:t>승인 견본·시방서와 대조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기준</w:t>
            </w:r>
          </w:p>
        </w:tc>
        <w:tc>
          <w:tcPr>
            <w:tcW w:type="dxa" w:w="5100"/>
          </w:tcPr>
          <w:p>
            <w:r>
              <w:t>승인 견본·판정 기준 (확인 필요)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담당</w:t>
            </w:r>
          </w:p>
        </w:tc>
        <w:tc>
          <w:tcPr>
            <w:tcW w:type="dxa" w:w="5100"/>
          </w:tcPr>
          <w:p>
            <w:r>
              <w:t>도장 담당·품질팀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증빙</w:t>
            </w:r>
          </w:p>
        </w:tc>
        <w:tc>
          <w:tcPr>
            <w:tcW w:type="dxa" w:w="5100"/>
          </w:tcPr>
          <w:p>
            <w:r>
              <w:t>마감 사진·재점검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현장 기록</w:t>
            </w:r>
          </w:p>
        </w:tc>
        <w:tc>
          <w:tcPr>
            <w:tcW w:type="dxa" w:w="5100"/>
          </w:tcPr>
          <w:p>
            <w:r>
              <w:t>위치: ______  확인일: ______  점검자: ______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판정·조치</w:t>
            </w:r>
          </w:p>
        </w:tc>
        <w:tc>
          <w:tcPr>
            <w:tcW w:type="dxa" w:w="5100"/>
          </w:tcPr>
          <w:p>
            <w:r>
              <w:t>□ 미점검  □ 적합  □ 부적합  □ 확인 필요</w:t>
              <w:br/>
              <w:t>조치·재점검·서명: ____________________</w:t>
            </w:r>
          </w:p>
        </w:tc>
      </w:tr>
    </w:tbl>
    <w:p>
      <w:r>
        <w:t>승인 전: 시방서 번호·검사 범위·측정 기준을 채우세요. 미해소 항목은 담당자가 다음 작업 진행 여부를 결정합니다.</w:t>
      </w:r>
    </w:p>
    <w:p>
      <w:r>
        <w:br w:type="page"/>
      </w:r>
    </w:p>
    <w:p>
      <w:pPr>
        <w:pStyle w:val="Heading1"/>
      </w:pPr>
      <w:r>
        <w:t>준공 전</w:t>
      </w:r>
    </w:p>
    <w:p>
      <w:pPr>
        <w:pStyle w:val="Heading2"/>
      </w:pPr>
      <w:r>
        <w:t>Q11 · 배수 상태·물 고임 확인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</w:trPr>
        <w:tc>
          <w:tcPr>
            <w:tcW w:type="dxa" w:w="5100"/>
          </w:tcPr>
          <w:p>
            <w:r>
              <w:t>확인란</w:t>
            </w:r>
          </w:p>
        </w:tc>
        <w:tc>
          <w:tcPr>
            <w:tcW w:type="dxa" w:w="5100"/>
          </w:tcPr>
          <w:p>
            <w:r>
              <w:t>내용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연결 근거</w:t>
            </w:r>
          </w:p>
        </w:tc>
        <w:tc>
          <w:tcPr>
            <w:tcW w:type="dxa" w:w="5100"/>
          </w:tcPr>
          <w:p>
            <w:r>
              <w:t>배수 불량 10건 / 현장확인기록의 해당 관찰. 유형 전체 건수이며 점검 횟수 아님.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방법</w:t>
            </w:r>
          </w:p>
        </w:tc>
        <w:tc>
          <w:tcPr>
            <w:tcW w:type="dxa" w:w="5100"/>
          </w:tcPr>
          <w:p>
            <w:r>
              <w:t>승인 절차에 따라 통수 확인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기준</w:t>
            </w:r>
          </w:p>
        </w:tc>
        <w:tc>
          <w:tcPr>
            <w:tcW w:type="dxa" w:w="5100"/>
          </w:tcPr>
          <w:p>
            <w:r>
              <w:t>통수 방법·구배 기준 (확인 필요)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담당</w:t>
            </w:r>
          </w:p>
        </w:tc>
        <w:tc>
          <w:tcPr>
            <w:tcW w:type="dxa" w:w="5100"/>
          </w:tcPr>
          <w:p>
            <w:r>
              <w:t>설비 담당·품질팀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증빙</w:t>
            </w:r>
          </w:p>
        </w:tc>
        <w:tc>
          <w:tcPr>
            <w:tcW w:type="dxa" w:w="5100"/>
          </w:tcPr>
          <w:p>
            <w:r>
              <w:t>통수시험·위치 기록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현장 기록</w:t>
            </w:r>
          </w:p>
        </w:tc>
        <w:tc>
          <w:tcPr>
            <w:tcW w:type="dxa" w:w="5100"/>
          </w:tcPr>
          <w:p>
            <w:r>
              <w:t>위치: ______  확인일: ______  점검자: ______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판정·조치</w:t>
            </w:r>
          </w:p>
        </w:tc>
        <w:tc>
          <w:tcPr>
            <w:tcW w:type="dxa" w:w="5100"/>
          </w:tcPr>
          <w:p>
            <w:r>
              <w:t>□ 미점검  □ 적합  □ 부적합  □ 확인 필요</w:t>
              <w:br/>
              <w:t>조치·재점검·서명: ____________________</w:t>
            </w:r>
          </w:p>
        </w:tc>
      </w:tr>
    </w:tbl>
    <w:p>
      <w:pPr>
        <w:pStyle w:val="Heading2"/>
      </w:pPr>
      <w:r>
        <w:t>Q12 · 배수 이상 위치 재점검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</w:trPr>
        <w:tc>
          <w:tcPr>
            <w:tcW w:type="dxa" w:w="5100"/>
          </w:tcPr>
          <w:p>
            <w:r>
              <w:t>확인란</w:t>
            </w:r>
          </w:p>
        </w:tc>
        <w:tc>
          <w:tcPr>
            <w:tcW w:type="dxa" w:w="5100"/>
          </w:tcPr>
          <w:p>
            <w:r>
              <w:t>내용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연결 근거</w:t>
            </w:r>
          </w:p>
        </w:tc>
        <w:tc>
          <w:tcPr>
            <w:tcW w:type="dxa" w:w="5100"/>
          </w:tcPr>
          <w:p>
            <w:r>
              <w:t>배수 불량 10건 / 현장확인기록의 해당 관찰. 유형 전체 건수이며 점검 횟수 아님.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방법</w:t>
            </w:r>
          </w:p>
        </w:tc>
        <w:tc>
          <w:tcPr>
            <w:tcW w:type="dxa" w:w="5100"/>
          </w:tcPr>
          <w:p>
            <w:r>
              <w:t>조치 후 다시 확인해 서명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기준</w:t>
            </w:r>
          </w:p>
        </w:tc>
        <w:tc>
          <w:tcPr>
            <w:tcW w:type="dxa" w:w="5100"/>
          </w:tcPr>
          <w:p>
            <w:r>
              <w:t>미해소 시 인계 여부 담당자 판단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담당</w:t>
            </w:r>
          </w:p>
        </w:tc>
        <w:tc>
          <w:tcPr>
            <w:tcW w:type="dxa" w:w="5100"/>
          </w:tcPr>
          <w:p>
            <w:r>
              <w:t>현장책임자·품질팀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증빙</w:t>
            </w:r>
          </w:p>
        </w:tc>
        <w:tc>
          <w:tcPr>
            <w:tcW w:type="dxa" w:w="5100"/>
          </w:tcPr>
          <w:p>
            <w:r>
              <w:t>조치 기록·재점검 서명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현장 기록</w:t>
            </w:r>
          </w:p>
        </w:tc>
        <w:tc>
          <w:tcPr>
            <w:tcW w:type="dxa" w:w="5100"/>
          </w:tcPr>
          <w:p>
            <w:r>
              <w:t>위치: ______  확인일: ______  점검자: ______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판정·조치</w:t>
            </w:r>
          </w:p>
        </w:tc>
        <w:tc>
          <w:tcPr>
            <w:tcW w:type="dxa" w:w="5100"/>
          </w:tcPr>
          <w:p>
            <w:r>
              <w:t>□ 미점검  □ 적합  □ 부적합  □ 확인 필요</w:t>
              <w:br/>
              <w:t>조치·재점검·서명: ____________________</w:t>
            </w:r>
          </w:p>
        </w:tc>
      </w:tr>
    </w:tbl>
    <w:p>
      <w:r>
        <w:t>승인 전: 시방서 번호·검사 범위·측정 기준을 채우세요. 미해소 항목은 담당자가 다음 작업 진행 여부를 결정합니다.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교육용 결과 예시 · 현장 적용 전 담당자 승인 필요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