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교육 영상 시연용 가상 자료</w:t>
      </w:r>
    </w:p>
    <w:p>
      <w:r>
        <w:t>JJ건설(가상, 종합건설·임대, 직원 540명)</w:t>
      </w:r>
    </w:p>
    <w:p>
      <w:pPr>
        <w:pStyle w:val="Title"/>
      </w:pPr>
      <w:r>
        <w:t>거푸집 조립 · TBM 검토 초안</w:t>
      </w:r>
    </w:p>
    <w:p>
      <w:r>
        <w:t>2026-11-06 / 새봄 복합동 현장(가상)</w:t>
        <w:br/>
        <w:t>계획 6명 · B동 2층 슬래브 · 08:00~11:00 · 연결 위험요인 R1·R2</w:t>
      </w:r>
    </w:p>
    <w:p>
      <w:pPr>
        <w:pStyle w:val="Heading1"/>
      </w:pPr>
      <w:r>
        <w:t>읽기 전에</w:t>
      </w:r>
    </w:p>
    <w:p>
      <w:r>
        <w:t>아래 문안은 현장 확인·수정 전 교육용 예시입니다. 작업계획과 실제 조치 확인 후 사용합니다. 오늘의 건강 상태와 추가 위험요인을 먼저 묻습니다.</w:t>
      </w:r>
    </w:p>
    <w:p>
      <w:pPr>
        <w:pStyle w:val="Heading1"/>
      </w:pPr>
      <w:r>
        <w:t>함께 읽을 문안</w:t>
      </w:r>
    </w:p>
    <w:p>
      <w:r>
        <w:t>오늘은 B동 2층에서 거푸집을 조립합니다. 단부·개구부 추락과 지지 불안정에 의한 무너짐을 먼저 살펴봅시다. 방호시설·발판·지지 상태를 확인하기 전에는 작업을 시작하지 않습니다. 철근 반입과 겹치는 구역과 시간은 작업팀장끼리 먼저 조정합니다.</w:t>
      </w:r>
    </w:p>
    <w:p>
      <w:pPr>
        <w:pStyle w:val="Heading1"/>
      </w:pPr>
      <w:r>
        <w:t>작업자에게 되물어 보기</w:t>
      </w:r>
    </w:p>
    <w:p>
      <w:r>
        <w:t>개구부 방호나 지지 상태가 불확실하면 어떻게 하실 건가요?</w:t>
      </w:r>
    </w:p>
    <w:p>
      <w:r>
        <w:t>예상 답변: 시작하지 않고 안전한 곳에서 작업팀장에게 알린다.</w:t>
      </w:r>
    </w:p>
    <w:p>
      <w:pPr>
        <w:pStyle w:val="Heading1"/>
      </w:pPr>
      <w:r>
        <w:t>실시 후 남길 기록</w:t>
      </w:r>
    </w:p>
    <w:tbl>
      <w:tblPr>
        <w:tblStyle w:val="TableGrid"/>
        <w:tblW w:type="auto" w:w="0"/>
        <w:tblLook w:firstColumn="1" w:firstRow="1" w:lastColumn="0" w:lastRow="0" w:noHBand="0" w:noVBand="1" w:val="04A0"/>
      </w:tblPr>
      <w:tblGrid>
        <w:gridCol w:w="4320"/>
        <w:gridCol w:w="4320"/>
      </w:tblGrid>
      <w:tr>
        <w:tc>
          <w:tcPr>
            <w:tcW w:type="dxa" w:w="4320"/>
          </w:tcPr>
          <w:p>
            <w:r>
              <w:t>실제 실시 일시·진행자</w:t>
            </w:r>
          </w:p>
        </w:tc>
        <w:tc>
          <w:tcPr>
            <w:tcW w:type="dxa" w:w="4320"/>
          </w:tcPr>
          <w:p>
            <w:r>
              <w:t>(확인 필요) / 실제 실시 후 기록</w:t>
            </w:r>
          </w:p>
        </w:tc>
      </w:tr>
      <w:tr>
        <w:tc>
          <w:tcPr>
            <w:tcW w:type="dxa" w:w="4320"/>
          </w:tcPr>
          <w:p>
            <w:r>
              <w:t>실제 참석·미참여자 전달</w:t>
            </w:r>
          </w:p>
        </w:tc>
        <w:tc>
          <w:tcPr>
            <w:tcW w:type="dxa" w:w="4320"/>
          </w:tcPr>
          <w:p>
            <w:r>
              <w:t>(확인 필요) / 실제 실시 후 기록</w:t>
            </w:r>
          </w:p>
        </w:tc>
      </w:tr>
      <w:tr>
        <w:tc>
          <w:tcPr>
            <w:tcW w:type="dxa" w:w="4320"/>
          </w:tcPr>
          <w:p>
            <w:r>
              <w:t>건강 상태·내용 이해</w:t>
            </w:r>
          </w:p>
        </w:tc>
        <w:tc>
          <w:tcPr>
            <w:tcW w:type="dxa" w:w="4320"/>
          </w:tcPr>
          <w:p>
            <w:r>
              <w:t>(확인 필요) / 실제 실시 후 기록</w:t>
            </w:r>
          </w:p>
        </w:tc>
      </w:tr>
      <w:tr>
        <w:tc>
          <w:tcPr>
            <w:tcW w:type="dxa" w:w="4320"/>
          </w:tcPr>
          <w:p>
            <w:r>
              <w:t>질문·추가 위험요인</w:t>
            </w:r>
          </w:p>
        </w:tc>
        <w:tc>
          <w:tcPr>
            <w:tcW w:type="dxa" w:w="4320"/>
          </w:tcPr>
          <w:p>
            <w:r>
              <w:t>(확인 필요) / 실제 실시 후 기록</w:t>
            </w:r>
          </w:p>
        </w:tc>
      </w:tr>
      <w:tr>
        <w:tc>
          <w:tcPr>
            <w:tcW w:type="dxa" w:w="4320"/>
          </w:tcPr>
          <w:p>
            <w:r>
              <w:t>현장 조치·확인 담당</w:t>
            </w:r>
          </w:p>
        </w:tc>
        <w:tc>
          <w:tcPr>
            <w:tcW w:type="dxa" w:w="4320"/>
          </w:tcPr>
          <w:p>
            <w:r>
              <w:t>(확인 필요) / 실제 실시 후 기록</w:t>
            </w:r>
          </w:p>
        </w:tc>
      </w:tr>
      <w:tr>
        <w:tc>
          <w:tcPr>
            <w:tcW w:type="dxa" w:w="4320"/>
          </w:tcPr>
          <w:p>
            <w:r>
              <w:t>비상연락·대피 위치</w:t>
            </w:r>
          </w:p>
        </w:tc>
        <w:tc>
          <w:tcPr>
            <w:tcW w:type="dxa" w:w="4320"/>
          </w:tcPr>
          <w:p>
            <w:r>
              <w:t>(확인 필요) / 실제 실시 후 기록</w:t>
            </w:r>
          </w:p>
        </w:tc>
      </w:tr>
    </w:tbl>
    <w:p>
      <w:r>
        <w:t>위험 발견 → 작업 중지 → 안전한 곳으로 이동 → 작업팀장에게 알림 → 조치 확인·재평가 후 담당자가 재개 판단</w:t>
      </w:r>
    </w:p>
    <w:p>
      <w:r>
        <w:br w:type="page"/>
      </w:r>
    </w:p>
    <w:p>
      <w:pPr>
        <w:pStyle w:val="Title"/>
      </w:pPr>
      <w:r>
        <w:t>철근 반입 · TBM 검토 초안</w:t>
      </w:r>
    </w:p>
    <w:p>
      <w:r>
        <w:t>2026-11-06 / 새봄 복합동 현장(가상)</w:t>
        <w:br/>
        <w:t>계획 4명 · 1층 자재장 → B동 2층 · 08:30~10:00 · 연결 위험요인 R3·R4</w:t>
      </w:r>
    </w:p>
    <w:p>
      <w:pPr>
        <w:pStyle w:val="Heading1"/>
      </w:pPr>
      <w:r>
        <w:t>읽기 전에</w:t>
      </w:r>
    </w:p>
    <w:p>
      <w:r>
        <w:t>아래 문안은 현장 확인·수정 전 교육용 예시입니다. 작업계획과 실제 조치 확인 후 사용합니다. 오늘의 건강 상태와 추가 위험요인을 먼저 묻습니다.</w:t>
      </w:r>
    </w:p>
    <w:p>
      <w:pPr>
        <w:pStyle w:val="Heading1"/>
      </w:pPr>
      <w:r>
        <w:t>함께 읽을 문안</w:t>
      </w:r>
    </w:p>
    <w:p>
      <w:r>
        <w:t>오늘은 철근을 B동 2층으로 반입합니다. 운반·인양 방법과 자재 고정 상태를 먼저 확인합시다. 하부 통제와 이동 동선 분리가 확인되기 전에는 반입을 시작하지 않습니다. 거푸집 작업자와 동선이 겹치면 작업을 멈추고 순서를 다시 협의합니다.</w:t>
      </w:r>
    </w:p>
    <w:p>
      <w:pPr>
        <w:pStyle w:val="Heading1"/>
      </w:pPr>
      <w:r>
        <w:t>작업자에게 되물어 보기</w:t>
      </w:r>
    </w:p>
    <w:p>
      <w:r>
        <w:t>반입 중 거푸집 작업자가 통제구역으로 들어오면 어떻게 하실 건가요?</w:t>
      </w:r>
    </w:p>
    <w:p>
      <w:r>
        <w:t>예상 답변: 반입을 멈추고 안전한 곳에서 알린 뒤 통제와 작업 순서를 다시 확인한다.</w:t>
      </w:r>
    </w:p>
    <w:p>
      <w:pPr>
        <w:pStyle w:val="Heading1"/>
      </w:pPr>
      <w:r>
        <w:t>실시 후 남길 기록</w:t>
      </w:r>
    </w:p>
    <w:tbl>
      <w:tblPr>
        <w:tblStyle w:val="TableGrid"/>
        <w:tblW w:type="auto" w:w="0"/>
        <w:tblLook w:firstColumn="1" w:firstRow="1" w:lastColumn="0" w:lastRow="0" w:noHBand="0" w:noVBand="1" w:val="04A0"/>
      </w:tblPr>
      <w:tblGrid>
        <w:gridCol w:w="4320"/>
        <w:gridCol w:w="4320"/>
      </w:tblGrid>
      <w:tr>
        <w:tc>
          <w:tcPr>
            <w:tcW w:type="dxa" w:w="4320"/>
          </w:tcPr>
          <w:p>
            <w:r>
              <w:t>실제 실시 일시·진행자</w:t>
            </w:r>
          </w:p>
        </w:tc>
        <w:tc>
          <w:tcPr>
            <w:tcW w:type="dxa" w:w="4320"/>
          </w:tcPr>
          <w:p>
            <w:r>
              <w:t>(확인 필요) / 실제 실시 후 기록</w:t>
            </w:r>
          </w:p>
        </w:tc>
      </w:tr>
      <w:tr>
        <w:tc>
          <w:tcPr>
            <w:tcW w:type="dxa" w:w="4320"/>
          </w:tcPr>
          <w:p>
            <w:r>
              <w:t>실제 참석·미참여자 전달</w:t>
            </w:r>
          </w:p>
        </w:tc>
        <w:tc>
          <w:tcPr>
            <w:tcW w:type="dxa" w:w="4320"/>
          </w:tcPr>
          <w:p>
            <w:r>
              <w:t>(확인 필요) / 실제 실시 후 기록</w:t>
            </w:r>
          </w:p>
        </w:tc>
      </w:tr>
      <w:tr>
        <w:tc>
          <w:tcPr>
            <w:tcW w:type="dxa" w:w="4320"/>
          </w:tcPr>
          <w:p>
            <w:r>
              <w:t>건강 상태·내용 이해</w:t>
            </w:r>
          </w:p>
        </w:tc>
        <w:tc>
          <w:tcPr>
            <w:tcW w:type="dxa" w:w="4320"/>
          </w:tcPr>
          <w:p>
            <w:r>
              <w:t>(확인 필요) / 실제 실시 후 기록</w:t>
            </w:r>
          </w:p>
        </w:tc>
      </w:tr>
      <w:tr>
        <w:tc>
          <w:tcPr>
            <w:tcW w:type="dxa" w:w="4320"/>
          </w:tcPr>
          <w:p>
            <w:r>
              <w:t>질문·추가 위험요인</w:t>
            </w:r>
          </w:p>
        </w:tc>
        <w:tc>
          <w:tcPr>
            <w:tcW w:type="dxa" w:w="4320"/>
          </w:tcPr>
          <w:p>
            <w:r>
              <w:t>(확인 필요) / 실제 실시 후 기록</w:t>
            </w:r>
          </w:p>
        </w:tc>
      </w:tr>
      <w:tr>
        <w:tc>
          <w:tcPr>
            <w:tcW w:type="dxa" w:w="4320"/>
          </w:tcPr>
          <w:p>
            <w:r>
              <w:t>현장 조치·확인 담당</w:t>
            </w:r>
          </w:p>
        </w:tc>
        <w:tc>
          <w:tcPr>
            <w:tcW w:type="dxa" w:w="4320"/>
          </w:tcPr>
          <w:p>
            <w:r>
              <w:t>(확인 필요) / 실제 실시 후 기록</w:t>
            </w:r>
          </w:p>
        </w:tc>
      </w:tr>
      <w:tr>
        <w:tc>
          <w:tcPr>
            <w:tcW w:type="dxa" w:w="4320"/>
          </w:tcPr>
          <w:p>
            <w:r>
              <w:t>비상연락·대피 위치</w:t>
            </w:r>
          </w:p>
        </w:tc>
        <w:tc>
          <w:tcPr>
            <w:tcW w:type="dxa" w:w="4320"/>
          </w:tcPr>
          <w:p>
            <w:r>
              <w:t>(확인 필요) / 실제 실시 후 기록</w:t>
            </w:r>
          </w:p>
        </w:tc>
      </w:tr>
    </w:tbl>
    <w:p>
      <w:r>
        <w:t>위험 발견 → 작업 중지 → 안전한 곳으로 이동 → 작업팀장에게 알림 → 조치 확인·재평가 후 담당자가 재개 판단</w:t>
      </w:r>
    </w:p>
    <w:p>
      <w:r>
        <w:br w:type="page"/>
      </w:r>
    </w:p>
    <w:p>
      <w:pPr>
        <w:pStyle w:val="Title"/>
      </w:pPr>
      <w:r>
        <w:t>터파기 · TBM 검토 초안</w:t>
      </w:r>
    </w:p>
    <w:p>
      <w:r>
        <w:t>2026-11-06 / 새봄 복합동 현장(가상)</w:t>
        <w:br/>
        <w:t>계획 3명 · 남측 외부 · 09:00~11:00 · 연결 위험요인 R5·R6</w:t>
      </w:r>
    </w:p>
    <w:p>
      <w:pPr>
        <w:pStyle w:val="Heading1"/>
      </w:pPr>
      <w:r>
        <w:t>읽기 전에</w:t>
      </w:r>
    </w:p>
    <w:p>
      <w:r>
        <w:t>아래 문안은 현장 확인·수정 전 교육용 예시입니다. 작업계획과 실제 조치 확인 후 사용합니다. 오늘의 건강 상태와 추가 위험요인을 먼저 묻습니다.</w:t>
      </w:r>
    </w:p>
    <w:p>
      <w:pPr>
        <w:pStyle w:val="Heading1"/>
      </w:pPr>
      <w:r>
        <w:t>함께 읽을 문안</w:t>
      </w:r>
    </w:p>
    <w:p>
      <w:r>
        <w:t>오늘은 남측 외부에서 굴착기로 터파기를 합니다. 굴착 깊이·지반·매설물과 굴착계획을 먼저 확인합시다. 회전반경의 출입통제와 보행로 분리, 유도체계를 확인한 뒤 진행합니다. 굴착면 균열이나 물 유입, 장비 접근 위험을 발견하면 작업을 멈추고 안전한 곳으로 이동해 알립니다.</w:t>
      </w:r>
    </w:p>
    <w:p>
      <w:pPr>
        <w:pStyle w:val="Heading1"/>
      </w:pPr>
      <w:r>
        <w:t>작업자에게 되물어 보기</w:t>
      </w:r>
    </w:p>
    <w:p>
      <w:r>
        <w:t>굴착면에 균열이나 물 유입이 보이면 어떻게 하실 건가요?</w:t>
      </w:r>
    </w:p>
    <w:p>
      <w:r>
        <w:t>예상 답변: 작업을 멈추고 안전한 곳으로 이동해 작업팀장에게 알린다.</w:t>
      </w:r>
    </w:p>
    <w:p>
      <w:pPr>
        <w:pStyle w:val="Heading1"/>
      </w:pPr>
      <w:r>
        <w:t>실시 후 남길 기록</w:t>
      </w:r>
    </w:p>
    <w:tbl>
      <w:tblPr>
        <w:tblStyle w:val="TableGrid"/>
        <w:tblW w:type="auto" w:w="0"/>
        <w:tblLook w:firstColumn="1" w:firstRow="1" w:lastColumn="0" w:lastRow="0" w:noHBand="0" w:noVBand="1" w:val="04A0"/>
      </w:tblPr>
      <w:tblGrid>
        <w:gridCol w:w="4320"/>
        <w:gridCol w:w="4320"/>
      </w:tblGrid>
      <w:tr>
        <w:tc>
          <w:tcPr>
            <w:tcW w:type="dxa" w:w="4320"/>
          </w:tcPr>
          <w:p>
            <w:r>
              <w:t>실제 실시 일시·진행자</w:t>
            </w:r>
          </w:p>
        </w:tc>
        <w:tc>
          <w:tcPr>
            <w:tcW w:type="dxa" w:w="4320"/>
          </w:tcPr>
          <w:p>
            <w:r>
              <w:t>(확인 필요) / 실제 실시 후 기록</w:t>
            </w:r>
          </w:p>
        </w:tc>
      </w:tr>
      <w:tr>
        <w:tc>
          <w:tcPr>
            <w:tcW w:type="dxa" w:w="4320"/>
          </w:tcPr>
          <w:p>
            <w:r>
              <w:t>실제 참석·미참여자 전달</w:t>
            </w:r>
          </w:p>
        </w:tc>
        <w:tc>
          <w:tcPr>
            <w:tcW w:type="dxa" w:w="4320"/>
          </w:tcPr>
          <w:p>
            <w:r>
              <w:t>(확인 필요) / 실제 실시 후 기록</w:t>
            </w:r>
          </w:p>
        </w:tc>
      </w:tr>
      <w:tr>
        <w:tc>
          <w:tcPr>
            <w:tcW w:type="dxa" w:w="4320"/>
          </w:tcPr>
          <w:p>
            <w:r>
              <w:t>건강 상태·내용 이해</w:t>
            </w:r>
          </w:p>
        </w:tc>
        <w:tc>
          <w:tcPr>
            <w:tcW w:type="dxa" w:w="4320"/>
          </w:tcPr>
          <w:p>
            <w:r>
              <w:t>(확인 필요) / 실제 실시 후 기록</w:t>
            </w:r>
          </w:p>
        </w:tc>
      </w:tr>
      <w:tr>
        <w:tc>
          <w:tcPr>
            <w:tcW w:type="dxa" w:w="4320"/>
          </w:tcPr>
          <w:p>
            <w:r>
              <w:t>질문·추가 위험요인</w:t>
            </w:r>
          </w:p>
        </w:tc>
        <w:tc>
          <w:tcPr>
            <w:tcW w:type="dxa" w:w="4320"/>
          </w:tcPr>
          <w:p>
            <w:r>
              <w:t>(확인 필요) / 실제 실시 후 기록</w:t>
            </w:r>
          </w:p>
        </w:tc>
      </w:tr>
      <w:tr>
        <w:tc>
          <w:tcPr>
            <w:tcW w:type="dxa" w:w="4320"/>
          </w:tcPr>
          <w:p>
            <w:r>
              <w:t>현장 조치·확인 담당</w:t>
            </w:r>
          </w:p>
        </w:tc>
        <w:tc>
          <w:tcPr>
            <w:tcW w:type="dxa" w:w="4320"/>
          </w:tcPr>
          <w:p>
            <w:r>
              <w:t>(확인 필요) / 실제 실시 후 기록</w:t>
            </w:r>
          </w:p>
        </w:tc>
      </w:tr>
      <w:tr>
        <w:tc>
          <w:tcPr>
            <w:tcW w:type="dxa" w:w="4320"/>
          </w:tcPr>
          <w:p>
            <w:r>
              <w:t>비상연락·대피 위치</w:t>
            </w:r>
          </w:p>
        </w:tc>
        <w:tc>
          <w:tcPr>
            <w:tcW w:type="dxa" w:w="4320"/>
          </w:tcPr>
          <w:p>
            <w:r>
              <w:t>(확인 필요) / 실제 실시 후 기록</w:t>
            </w:r>
          </w:p>
        </w:tc>
      </w:tr>
    </w:tbl>
    <w:p>
      <w:r>
        <w:t>위험 발견 → 작업 중지 → 안전한 곳으로 이동 → 작업팀장에게 알림 → 조치 확인·재평가 후 담당자가 재개 판단</w:t>
      </w:r>
    </w:p>
    <w:sectPr w:rsidR="00FC693F" w:rsidRPr="0006063C" w:rsidSect="00034616">
      <w:footerReference w:type="default" r:id="rId9"/>
      <w:pgSz w:w="12240" w:h="15840"/>
      <w:pgMar w:top="964" w:right="1800" w:bottom="85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교육용 검토 초안 · 현장 점검·평가·승인을 대체하지 않음</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맑은 고딕" w:hAnsi="맑은 고딕" w:eastAsia="맑은 고딕"/>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맑은 고딕" w:hAnsi="맑은 고딕" w:eastAsia="맑은 고딕"/>
      <w:b/>
      <w:bCs/>
      <w:color w:val="4F81BD" w:themeColor="accent1"/>
      <w:sz w:val="3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맑은 고딕" w:hAnsi="맑은 고딕" w:eastAsia="맑은 고딕"/>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