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고객·계좌와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의심거래 보고 사유서 초안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/>
                <w:sz w:val="20"/>
              </w:rPr>
              <w:t>작성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1. 대상 (가명)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2. 거래 기간과 규모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3. 거래 흐름 요약 (사실)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4. 평소와 다른 점 (사실)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5. 의심 사유 (정황 · 단정 금지)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6. 확인 필요 사항과 확인할 사람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7. 담당자 의견 (사람이 작성)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8. 검토 · 승인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담당자 / 책임자 서명란 (사람이 기재)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