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완전판매 점검 순서 메모 (결과 예시)</w:t>
      </w:r>
    </w:p>
    <w:p>
      <w:r>
        <w:t>다음 달에도 아래 순서대로 합니다. «새 녹취록을 녹취록 폴더에 넣었어, 지난번 순서대로 해줘»라고 부탁하면 됩니다.</w:t>
      </w:r>
    </w:p>
    <w:p>
      <w:r>
        <w:t>1. 통화목록과 녹취록 파일 수를 맞춰 보고, 중복 파일·파일 없음·음성 인식 실패·판매 아닌 통화를 먼저 가려낸다.</w:t>
      </w:r>
    </w:p>
    <w:p>
      <w:r>
        <w:t>2. 점검 기준 표(꼭 안내할 내용 6가지, 약관 조항 포함)와 점수 규칙을 읽는다. 기준이 바뀌었으면 사람이 먼저 알려 준다.</w:t>
      </w:r>
    </w:p>
    <w:p>
      <w:r>
        <w:t>3. 상담사가 한 말만 본다(고객이 한 말은 안내가 아니다). 충족 1점·부분 0.5점·누락/오안내 0점, 6항목을 100점으로 환산한다.</w:t>
      </w:r>
    </w:p>
    <w:p>
      <w:r>
        <w:t>4. 점수 70점 미만, 중도 해지 또는 보장 제외 누락, 잘못 안내, 금지 표현이 있으면 미흡으로 한다.</w:t>
      </w:r>
    </w:p>
    <w:p>
      <w:r>
        <w:t>5. 점검표(엑셀)와 미흡 건 목록을 새 파일로 저장한다. 원본 녹취록은 고치지 않는다.</w:t>
      </w:r>
    </w:p>
    <w:p>
      <w:r>
        <w:t>6. 건수를 다시 센다(점검한 통화 = 양호 + 미흡). 안 맞으면 어디서 틀렸는지 알려 준다.</w:t>
      </w:r>
    </w:p>
    <w:p>
      <w:r>
        <w:t>7. 미흡 건은 후보일 뿐이다. 녹취를 직접 듣고 확정하는 건 담당자이고, 잘 모르는 곳은 (확인 필요)로 표시한다.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