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상품기획팀장 메모 - 영업점 안내용 정리 원칙</w:t>
      </w:r>
    </w:p>
    <w:p>
      <w:r>
        <w:t>JJ은행(가상) 상품기획팀 / 대상: 영업점 안내 자료 담당자</w:t>
      </w:r>
    </w:p>
    <w:p>
      <w:r>
        <w:t>1. 모든 설명에 약관 조항 번호를 붙인다.</w:t>
      </w:r>
    </w:p>
    <w:p>
      <w:r>
        <w:t>2. 약관에 있는 문구로만 쓴다. 약관에 없는 내용은 지어내지 말고 (확인 필요)로 남기고 담당 부서를 적는다.</w:t>
      </w:r>
    </w:p>
    <w:p>
      <w:r>
        <w:t>3. 상품설명서와 약관이 다르면 약관을 따르고, 어긋난 사실을 따로 알린다.</w:t>
      </w:r>
    </w:p>
    <w:p>
      <w:r>
        <w:t>4. 금리·이자 숫자는 계산식을 옆에 적는다.</w:t>
      </w:r>
    </w:p>
    <w:p>
      <w:r>
        <w:t>5. 창구에서 고객에게 읽어 줄 수 있게 쉬운 말로 한두 문장으로 쓴다.</w:t>
      </w:r>
    </w:p>
    <w:p>
      <w:r>
        <w:t>6. 가입을 권하는 말이나 수익을 약속하는 표현은 쓰지 않는다. 가입 판단은 고객이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