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세란 복합화력 2호기 (가상) 운전일지 (야간조 22:00~06:00, 11/12~11/13)</w:t>
      </w:r>
    </w:p>
    <w:p>
      <w:r>
        <w:t>교육 영상 시연용 가상 자료 (JJ에너지·세란 복합화력 2호기 (가상)의 사람·설비 이름은 모두 가상입니다)</w:t>
      </w:r>
    </w:p>
    <w:p>
      <w:r>
        <w:t>아래는 일지 중 설비와 관련된 줄만 옮긴 것입니다.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시각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22:05</w:t>
            </w:r>
          </w:p>
        </w:tc>
        <w:tc>
          <w:tcPr>
            <w:tcW w:type="dxa" w:w="4320"/>
          </w:tcPr>
          <w:p>
            <w:r>
              <w:t>야간조 인수. 2호기 부하 380MW 유지. 특이사항 없음.</w:t>
            </w:r>
          </w:p>
        </w:tc>
      </w:tr>
      <w:tr>
        <w:tc>
          <w:tcPr>
            <w:tcW w:type="dxa" w:w="4320"/>
          </w:tcPr>
          <w:p>
            <w:r>
              <w:t>01:10</w:t>
            </w:r>
          </w:p>
        </w:tc>
        <w:tc>
          <w:tcPr>
            <w:tcW w:type="dxa" w:w="4320"/>
          </w:tcPr>
          <w:p>
            <w:r>
              <w:t>급수펌프 A 트립 경보. 예비 B 수동 기동. 드럼 수위 -105mm까지 내려가 수위 저 경보. 급수 제어밸브 수동 전환 후 개도 올림. 당직 팀장 보고.</w:t>
            </w:r>
          </w:p>
        </w:tc>
      </w:tr>
      <w:tr>
        <w:tc>
          <w:tcPr>
            <w:tcW w:type="dxa" w:w="4320"/>
          </w:tcPr>
          <w:p>
            <w:r>
              <w:t>01:25</w:t>
            </w:r>
          </w:p>
        </w:tc>
        <w:tc>
          <w:tcPr>
            <w:tcW w:type="dxa" w:w="4320"/>
          </w:tcPr>
          <w:p>
            <w:r>
              <w:t>수위 -70mm로 회복, 경보 해제. A펌프는 원인 확인 전 재기동 안 함.</w:t>
            </w:r>
          </w:p>
        </w:tc>
      </w:tr>
      <w:tr>
        <w:tc>
          <w:tcPr>
            <w:tcW w:type="dxa" w:w="4320"/>
          </w:tcPr>
          <w:p>
            <w:r>
              <w:t>02:30</w:t>
            </w:r>
          </w:p>
        </w:tc>
        <w:tc>
          <w:tcPr>
            <w:tcW w:type="dxa" w:w="4320"/>
          </w:tcPr>
          <w:p>
            <w:r>
              <w:t>A펌프 차단기 2개소 잠금·표지(LOTO) 부착. 해제 금지.</w:t>
            </w:r>
          </w:p>
        </w:tc>
      </w:tr>
      <w:tr>
        <w:tc>
          <w:tcPr>
            <w:tcW w:type="dxa" w:w="4320"/>
          </w:tcPr>
          <w:p>
            <w:r>
              <w:t>03:00</w:t>
            </w:r>
          </w:p>
        </w:tc>
        <w:tc>
          <w:tcPr>
            <w:tcW w:type="dxa" w:w="4320"/>
          </w:tcPr>
          <w:p>
            <w:r>
              <w:t>B펌프(단독 운전) 베어링 72℃.</w:t>
            </w:r>
          </w:p>
        </w:tc>
      </w:tr>
      <w:tr>
        <w:tc>
          <w:tcPr>
            <w:tcW w:type="dxa" w:w="4320"/>
          </w:tcPr>
          <w:p>
            <w:r>
              <w:t>03:40</w:t>
            </w:r>
          </w:p>
        </w:tc>
        <w:tc>
          <w:tcPr>
            <w:tcW w:type="dxa" w:w="4320"/>
          </w:tcPr>
          <w:p>
            <w:r>
              <w:t>냉각수 출구 37℃. 냉각탑 팬 1대에서 평소와 다른 소리 (원인 못 봄).</w:t>
            </w:r>
          </w:p>
        </w:tc>
      </w:tr>
      <w:tr>
        <w:tc>
          <w:tcPr>
            <w:tcW w:type="dxa" w:w="4320"/>
          </w:tcPr>
          <w:p>
            <w:r>
              <w:t>05:00</w:t>
            </w:r>
          </w:p>
        </w:tc>
        <w:tc>
          <w:tcPr>
            <w:tcW w:type="dxa" w:w="4320"/>
          </w:tcPr>
          <w:p>
            <w:r>
              <w:t>B펌프 베어링 79℃ (2시간 전 72℃).</w:t>
            </w:r>
          </w:p>
        </w:tc>
      </w:tr>
      <w:tr>
        <w:tc>
          <w:tcPr>
            <w:tcW w:type="dxa" w:w="4320"/>
          </w:tcPr>
          <w:p>
            <w:r>
              <w:t>05:30</w:t>
            </w:r>
          </w:p>
        </w:tc>
        <w:tc>
          <w:tcPr>
            <w:tcW w:type="dxa" w:w="4320"/>
          </w:tcPr>
          <w:p>
            <w:r>
              <w:t>정비팀 말로는 A펌프 베어링 교체 부품이 오늘 08:00 입고 예정 (구두, 문서 없음).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