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세란 복합화력 2호기 (가상) 아침 설비 브리핑 — 2026년 11월 13일 (금) 08:00</w:t>
      </w:r>
    </w:p>
    <w:p>
      <w:r>
        <w:t>교육 영상 시연용 가상 자료 (JJ에너지·세란 복합화력 2호기 (가상)의 사람·설비 이름은 모두 가상입니다)</w:t>
      </w:r>
    </w:p>
    <w:p>
      <w:pPr>
        <w:pStyle w:val="Heading2"/>
      </w:pPr>
      <w:r>
        <w:t>한 줄 요약</w:t>
      </w:r>
    </w:p>
    <w:p>
      <w:r>
        <w:t>전날(11/12 06:00~11/13 06:00) 새 고장 2건(냉각탑 팬 1 소음 재발, 급수펌프 A 트립). 정비 열린 건 4건(진행 2, 대기 2). 90일 반복 설비 3곳.</w:t>
      </w:r>
    </w:p>
    <w:p>
      <w:pPr>
        <w:pStyle w:val="Heading2"/>
      </w:pPr>
      <w:r>
        <w:t>오늘 먼저 볼 설비 3개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순서</w:t>
            </w:r>
          </w:p>
        </w:tc>
        <w:tc>
          <w:tcPr>
            <w:tcW w:type="dxa" w:w="2880"/>
          </w:tcPr>
          <w:p>
            <w:r>
              <w:t>설비</w:t>
            </w:r>
          </w:p>
        </w:tc>
        <w:tc>
          <w:tcPr>
            <w:tcW w:type="dxa" w:w="2880"/>
          </w:tcPr>
          <w:p>
            <w:r>
              <w:t>이유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급수펌프 A (BFP-A, 중요도 A)</w:t>
            </w:r>
          </w:p>
        </w:tc>
        <w:tc>
          <w:tcPr>
            <w:tcW w:type="dxa" w:w="2880"/>
          </w:tcPr>
          <w:p>
            <w:r>
              <w:t>01:10 트립 경보, 예비 B 단독 운전 중. 정비 진행(임재호), 베어링 교체 부품 입고 대기. 90일 고장 4회(반복). A펌프는 원인 확인 전 재기동 금지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급수 제어밸브 (FCV-201, 중요도 A)</w:t>
            </w:r>
          </w:p>
        </w:tc>
        <w:tc>
          <w:tcPr>
            <w:tcW w:type="dxa" w:w="2880"/>
          </w:tcPr>
          <w:p>
            <w:r>
              <w:t>90일 고장 4회(반복). 정비를 3번 마쳤는데 11/11 응답 지연이 또 생김. 점검 요청은 접수만 되고 담당 미배정. 간밤에 수동 전환을 썼음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냉각탑 팬 1 (CTF-1, 중요도 B)</w:t>
            </w:r>
          </w:p>
        </w:tc>
        <w:tc>
          <w:tcPr>
            <w:tcW w:type="dxa" w:w="2880"/>
          </w:tcPr>
          <w:p>
            <w:r>
              <w:t>90일 고장 3회(반복). 11/12 소음 재발인데 정비 접수가 없음(확인 필요). 냉각수 출구 36→37℃, 경보 38℃까지 1℃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반복 설비</w:t>
            </w:r>
          </w:p>
        </w:tc>
        <w:tc>
          <w:tcPr>
            <w:tcW w:type="dxa" w:w="2160"/>
          </w:tcPr>
          <w:p>
            <w:r>
              <w:t>90일 고장</w:t>
            </w:r>
          </w:p>
        </w:tc>
        <w:tc>
          <w:tcPr>
            <w:tcW w:type="dxa" w:w="2160"/>
          </w:tcPr>
          <w:p>
            <w:r>
              <w:t>정비 완료(전체)</w:t>
            </w:r>
          </w:p>
        </w:tc>
        <w:tc>
          <w:tcPr>
            <w:tcW w:type="dxa" w:w="2160"/>
          </w:tcPr>
          <w:p>
            <w:r>
              <w:t>정비 열림</w:t>
            </w:r>
          </w:p>
        </w:tc>
      </w:tr>
      <w:tr>
        <w:tc>
          <w:tcPr>
            <w:tcW w:type="dxa" w:w="2160"/>
          </w:tcPr>
          <w:p>
            <w:r>
              <w:t>급수펌프 A (BFP-A)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2</w:t>
            </w:r>
          </w:p>
        </w:tc>
      </w:tr>
      <w:tr>
        <w:tc>
          <w:tcPr>
            <w:tcW w:type="dxa" w:w="2160"/>
          </w:tcPr>
          <w:p>
            <w:r>
              <w:t>급수 제어밸브 (FCV-201)</w:t>
            </w:r>
          </w:p>
        </w:tc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</w:tr>
      <w:tr>
        <w:tc>
          <w:tcPr>
            <w:tcW w:type="dxa" w:w="2160"/>
          </w:tcPr>
          <w:p>
            <w:r>
              <w:t>냉각탑 팬 1 (CTF-1)</w:t>
            </w:r>
          </w:p>
        </w:tc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0</w:t>
            </w:r>
          </w:p>
        </w:tc>
      </w:tr>
    </w:tbl>
    <w:p>
      <w:pPr>
        <w:pStyle w:val="Heading2"/>
      </w:pPr>
      <w:r>
        <w:t>지켜볼 것</w:t>
      </w:r>
    </w:p>
    <w:p>
      <w:r>
        <w:t>급수펌프 B(단독 운전): 베어링 72℃(03:00) → 79℃(05:00), 2시간에 +7℃. 경보 85℃까지 6℃.</w:t>
      </w:r>
    </w:p>
    <w:p>
      <w:pPr>
        <w:pStyle w:val="Heading2"/>
      </w:pPr>
      <w:r>
        <w:t>확인 필요</w:t>
      </w:r>
    </w:p>
    <w:p>
      <w:r>
        <w:t>1) A펌프 부품 08:00 입고는 구두 전달  2) 냉각탑 팬 1 정비 접수 없음  3) 설비 목록에 없는 «소내 공기압축기»  4) 고장 이력 중복 3줄을 한 건으로 셈</w:t>
      </w:r>
    </w:p>
    <w:p>
      <w:r>
        <w:t>※ 고장 원인과 정비 일정은 정비팀이 확정합니다. 이 브리핑은 기록을 모아 정리한 것입니다.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