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교대 인수인계 요약 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근무조 / 일시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이상 사항 (시각 · 내용 · 상태)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조치 중 (누가 · 어디까지)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주의 설비 (한계값까지 남은 값)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관련 카드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확인 필요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상태 (초안 / 팀장 확인 완료)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