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근무자용 요약 카드 - 결과 예시 (초안)</w:t>
      </w:r>
    </w:p>
    <w:p>
      <w:r>
        <w:t>세란 복합화력 2호기 (가상) · 근거: OP-FWP-03 Rev.3, OP-BLR-07 Rev.2 · 운전팀장 확인 전 초안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카드 A · 급수펌프 트립 경보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근거</w:t>
            </w:r>
          </w:p>
        </w:tc>
        <w:tc>
          <w:tcPr>
            <w:tcW w:type="dxa" w:w="4320"/>
          </w:tcPr>
          <w:p>
            <w:r>
              <w:t>OP-FWP-03 §4.2 (2쪽)</w:t>
            </w:r>
          </w:p>
        </w:tc>
      </w:tr>
      <w:tr>
        <w:tc>
          <w:tcPr>
            <w:tcW w:type="dxa" w:w="4320"/>
          </w:tcPr>
          <w:p>
            <w:r>
              <w:t>먼저 할 일 1</w:t>
            </w:r>
          </w:p>
        </w:tc>
        <w:tc>
          <w:tcPr>
            <w:tcW w:type="dxa" w:w="4320"/>
          </w:tcPr>
          <w:p>
            <w:r>
              <w:t>예비 급수펌프(B)를 수동으로 기동한다  [OP-FWP-03 §4.2-1, 2쪽]</w:t>
            </w:r>
          </w:p>
        </w:tc>
      </w:tr>
      <w:tr>
        <w:tc>
          <w:tcPr>
            <w:tcW w:type="dxa" w:w="4320"/>
          </w:tcPr>
          <w:p>
            <w:r>
              <w:t>먼저 할 일 2</w:t>
            </w:r>
          </w:p>
        </w:tc>
        <w:tc>
          <w:tcPr>
            <w:tcW w:type="dxa" w:w="4320"/>
          </w:tcPr>
          <w:p>
            <w:r>
              <w:t>드럼 수위를 확인한다. 수위 기준값이 문서마다 다르다 (확인 필요 1)  [OP-FWP-03 §4.2-2, 2쪽]</w:t>
            </w:r>
          </w:p>
        </w:tc>
      </w:tr>
      <w:tr>
        <w:tc>
          <w:tcPr>
            <w:tcW w:type="dxa" w:w="4320"/>
          </w:tcPr>
          <w:p>
            <w:r>
              <w:t>먼저 할 일 3</w:t>
            </w:r>
          </w:p>
        </w:tc>
        <w:tc>
          <w:tcPr>
            <w:tcW w:type="dxa" w:w="4320"/>
          </w:tcPr>
          <w:p>
            <w:r>
              <w:t>트립한 펌프는 원인 확인 전까지 재기동하지 않는다  [OP-FWP-03 §4.2-3, 2쪽]</w:t>
            </w:r>
          </w:p>
        </w:tc>
      </w:tr>
      <w:tr>
        <w:tc>
          <w:tcPr>
            <w:tcW w:type="dxa" w:w="4320"/>
          </w:tcPr>
          <w:p>
            <w:r>
              <w:t>먼저 할 일 4</w:t>
            </w:r>
          </w:p>
        </w:tc>
        <w:tc>
          <w:tcPr>
            <w:tcW w:type="dxa" w:w="4320"/>
          </w:tcPr>
          <w:p>
            <w:r>
              <w:t>당직 팀장에게 보고하고 운전일지에 시각·경보를 적는다  [OP-FWP-03 §4.2-4, 2쪽]</w:t>
            </w:r>
          </w:p>
        </w:tc>
      </w:tr>
      <w:tr>
        <w:tc>
          <w:tcPr>
            <w:tcW w:type="dxa" w:w="4320"/>
          </w:tcPr>
          <w:p>
            <w:r>
              <w:t>하지 말 것</w:t>
            </w:r>
          </w:p>
        </w:tc>
        <w:tc>
          <w:tcPr>
            <w:tcW w:type="dxa" w:w="4320"/>
          </w:tcPr>
          <w:p>
            <w:r>
              <w:t>원인을 확인하기 전에 트립한 펌프를 다시 켜지 않는다</w:t>
            </w:r>
          </w:p>
        </w:tc>
      </w:tr>
      <w:tr>
        <w:tc>
          <w:tcPr>
            <w:tcW w:type="dxa" w:w="4320"/>
          </w:tcPr>
          <w:p>
            <w:r>
              <w:t>보고</w:t>
            </w:r>
          </w:p>
        </w:tc>
        <w:tc>
          <w:tcPr>
            <w:tcW w:type="dxa" w:w="4320"/>
          </w:tcPr>
          <w:p>
            <w:r>
              <w:t>당직 팀장 (즉시)</w:t>
            </w:r>
          </w:p>
        </w:tc>
      </w:tr>
      <w:tr>
        <w:tc>
          <w:tcPr>
            <w:tcW w:type="dxa" w:w="4320"/>
          </w:tcPr>
          <w:p>
            <w:r>
              <w:t>상태</w:t>
            </w:r>
          </w:p>
        </w:tc>
        <w:tc>
          <w:tcPr>
            <w:tcW w:type="dxa" w:w="4320"/>
          </w:tcPr>
          <w:p>
            <w:r>
              <w:t>초안 - 운전팀장 확인 필요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카드 B · 드럼 수위 저(LOW) 경보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근거</w:t>
            </w:r>
          </w:p>
        </w:tc>
        <w:tc>
          <w:tcPr>
            <w:tcW w:type="dxa" w:w="4320"/>
          </w:tcPr>
          <w:p>
            <w:r>
              <w:t>OP-BLR-07 §3.1 (4쪽)</w:t>
            </w:r>
          </w:p>
        </w:tc>
      </w:tr>
      <w:tr>
        <w:tc>
          <w:tcPr>
            <w:tcW w:type="dxa" w:w="4320"/>
          </w:tcPr>
          <w:p>
            <w:r>
              <w:t>먼저 할 일 1</w:t>
            </w:r>
          </w:p>
        </w:tc>
        <w:tc>
          <w:tcPr>
            <w:tcW w:type="dxa" w:w="4320"/>
          </w:tcPr>
          <w:p>
            <w:r>
              <w:t>급수 유량 지시값을 확인한다  [OP-BLR-07 §3.1-1, 4쪽]</w:t>
            </w:r>
          </w:p>
        </w:tc>
      </w:tr>
      <w:tr>
        <w:tc>
          <w:tcPr>
            <w:tcW w:type="dxa" w:w="4320"/>
          </w:tcPr>
          <w:p>
            <w:r>
              <w:t>먼저 할 일 2</w:t>
            </w:r>
          </w:p>
        </w:tc>
        <w:tc>
          <w:tcPr>
            <w:tcW w:type="dxa" w:w="4320"/>
          </w:tcPr>
          <w:p>
            <w:r>
              <w:t>급수 제어밸브를 수동으로 바꾸고 개도를 늘린다  [OP-BLR-07 §3.1-2, 4쪽]</w:t>
            </w:r>
          </w:p>
        </w:tc>
      </w:tr>
      <w:tr>
        <w:tc>
          <w:tcPr>
            <w:tcW w:type="dxa" w:w="4320"/>
          </w:tcPr>
          <w:p>
            <w:r>
              <w:t>먼저 할 일 3</w:t>
            </w:r>
          </w:p>
        </w:tc>
        <w:tc>
          <w:tcPr>
            <w:tcW w:type="dxa" w:w="4320"/>
          </w:tcPr>
          <w:p>
            <w:r>
              <w:t>예비 급수펌프를 켤 수 있는 상태인지 확인한다  [OP-BLR-07 §3.1-3, 4쪽]</w:t>
            </w:r>
          </w:p>
        </w:tc>
      </w:tr>
      <w:tr>
        <w:tc>
          <w:tcPr>
            <w:tcW w:type="dxa" w:w="4320"/>
          </w:tcPr>
          <w:p>
            <w:r>
              <w:t>먼저 할 일 4</w:t>
            </w:r>
          </w:p>
        </w:tc>
        <w:tc>
          <w:tcPr>
            <w:tcW w:type="dxa" w:w="4320"/>
          </w:tcPr>
          <w:p>
            <w:r>
              <w:t>당직 팀장에게 보고한다  [OP-BLR-07 §3.1-4, 4쪽]</w:t>
            </w:r>
          </w:p>
        </w:tc>
      </w:tr>
      <w:tr>
        <w:tc>
          <w:tcPr>
            <w:tcW w:type="dxa" w:w="4320"/>
          </w:tcPr>
          <w:p>
            <w:r>
              <w:t>하지 말 것</w:t>
            </w:r>
          </w:p>
        </w:tc>
        <w:tc>
          <w:tcPr>
            <w:tcW w:type="dxa" w:w="4320"/>
          </w:tcPr>
          <w:p>
            <w:r>
              <w:t>-150mm(저저)까지 내려가도록 두지 않는다. 저저는 보일러 트립 [OP-BLR-07 §3.2, 4쪽]</w:t>
            </w:r>
          </w:p>
        </w:tc>
      </w:tr>
      <w:tr>
        <w:tc>
          <w:tcPr>
            <w:tcW w:type="dxa" w:w="4320"/>
          </w:tcPr>
          <w:p>
            <w:r>
              <w:t>보고</w:t>
            </w:r>
          </w:p>
        </w:tc>
        <w:tc>
          <w:tcPr>
            <w:tcW w:type="dxa" w:w="4320"/>
          </w:tcPr>
          <w:p>
            <w:r>
              <w:t>당직 팀장</w:t>
            </w:r>
          </w:p>
        </w:tc>
      </w:tr>
      <w:tr>
        <w:tc>
          <w:tcPr>
            <w:tcW w:type="dxa" w:w="4320"/>
          </w:tcPr>
          <w:p>
            <w:r>
              <w:t>상태</w:t>
            </w:r>
          </w:p>
        </w:tc>
        <w:tc>
          <w:tcPr>
            <w:tcW w:type="dxa" w:w="4320"/>
          </w:tcPr>
          <w:p>
            <w:r>
              <w:t>초안 - 운전팀장 확인 필요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카드 C · 비상정지 후 재기동 점검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근거</w:t>
            </w:r>
          </w:p>
        </w:tc>
        <w:tc>
          <w:tcPr>
            <w:tcW w:type="dxa" w:w="4320"/>
          </w:tcPr>
          <w:p>
            <w:r>
              <w:t>OP-BLR-07 §5.1 (5쪽)</w:t>
            </w:r>
          </w:p>
        </w:tc>
      </w:tr>
      <w:tr>
        <w:tc>
          <w:tcPr>
            <w:tcW w:type="dxa" w:w="4320"/>
          </w:tcPr>
          <w:p>
            <w:r>
              <w:t>먼저 할 일 1</w:t>
            </w:r>
          </w:p>
        </w:tc>
        <w:tc>
          <w:tcPr>
            <w:tcW w:type="dxa" w:w="4320"/>
          </w:tcPr>
          <w:p>
            <w:r>
              <w:t>정지 원인이 제거되었는지 확인한다  [OP-BLR-07 §5.1-1, 5쪽]</w:t>
            </w:r>
          </w:p>
        </w:tc>
      </w:tr>
      <w:tr>
        <w:tc>
          <w:tcPr>
            <w:tcW w:type="dxa" w:w="4320"/>
          </w:tcPr>
          <w:p>
            <w:r>
              <w:t>먼저 할 일 2</w:t>
            </w:r>
          </w:p>
        </w:tc>
        <w:tc>
          <w:tcPr>
            <w:tcW w:type="dxa" w:w="4320"/>
          </w:tcPr>
          <w:p>
            <w:r>
              <w:t>퍼지가 끝났는지 확인한다. 퍼지 시간은 OP-BLR-02 (확인 필요 2)  [OP-BLR-07 §5.1-2, 5쪽]</w:t>
            </w:r>
          </w:p>
        </w:tc>
      </w:tr>
      <w:tr>
        <w:tc>
          <w:tcPr>
            <w:tcW w:type="dxa" w:w="4320"/>
          </w:tcPr>
          <w:p>
            <w:r>
              <w:t>먼저 할 일 3</w:t>
            </w:r>
          </w:p>
        </w:tc>
        <w:tc>
          <w:tcPr>
            <w:tcW w:type="dxa" w:w="4320"/>
          </w:tcPr>
          <w:p>
            <w:r>
              <w:t>당직 팀장의 재기동 승인을 받는다  [OP-BLR-07 §5.1-3, 5쪽]</w:t>
            </w:r>
          </w:p>
        </w:tc>
      </w:tr>
      <w:tr>
        <w:tc>
          <w:tcPr>
            <w:tcW w:type="dxa" w:w="4320"/>
          </w:tcPr>
          <w:p>
            <w:r>
              <w:t>먼저 할 일 4</w:t>
            </w:r>
          </w:p>
        </w:tc>
        <w:tc>
          <w:tcPr>
            <w:tcW w:type="dxa" w:w="4320"/>
          </w:tcPr>
          <w:p>
            <w:r>
              <w:t>트립했던 급수펌프는 재기동 전 10분 기다린다  [OP-FWP-03 §4.3-2, 3쪽]</w:t>
            </w:r>
          </w:p>
        </w:tc>
      </w:tr>
      <w:tr>
        <w:tc>
          <w:tcPr>
            <w:tcW w:type="dxa" w:w="4320"/>
          </w:tcPr>
          <w:p>
            <w:r>
              <w:t>하지 말 것</w:t>
            </w:r>
          </w:p>
        </w:tc>
        <w:tc>
          <w:tcPr>
            <w:tcW w:type="dxa" w:w="4320"/>
          </w:tcPr>
          <w:p>
            <w:r>
              <w:t>팀장 승인 없이 재기동하지 않는다</w:t>
            </w:r>
          </w:p>
        </w:tc>
      </w:tr>
      <w:tr>
        <w:tc>
          <w:tcPr>
            <w:tcW w:type="dxa" w:w="4320"/>
          </w:tcPr>
          <w:p>
            <w:r>
              <w:t>보고</w:t>
            </w:r>
          </w:p>
        </w:tc>
        <w:tc>
          <w:tcPr>
            <w:tcW w:type="dxa" w:w="4320"/>
          </w:tcPr>
          <w:p>
            <w:r>
              <w:t>당직 팀장 (승인 요청)</w:t>
            </w:r>
          </w:p>
        </w:tc>
      </w:tr>
      <w:tr>
        <w:tc>
          <w:tcPr>
            <w:tcW w:type="dxa" w:w="4320"/>
          </w:tcPr>
          <w:p>
            <w:r>
              <w:t>상태</w:t>
            </w:r>
          </w:p>
        </w:tc>
        <w:tc>
          <w:tcPr>
            <w:tcW w:type="dxa" w:w="4320"/>
          </w:tcPr>
          <w:p>
            <w:r>
              <w:t>초안 - 운전팀장 확인 필요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보류 · 냉각수펌프 정지</w:t>
      </w:r>
    </w:p>
    <w:p>
      <w:r>
        <w:t>OP-CWP-02: 인계 서류에서 누락된 문서 — 카드를 만들지 않음 (확인 필요 3)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확인 필요 3개</w:t>
      </w:r>
    </w:p>
    <w:p>
      <w:r>
        <w:t>1. 수위 기준값 충돌 (OP-FWP-03 §4.2 (2쪽) ↔ OP-BLR-07 §3.2 (4쪽)) - -120mm 이하에서 비상정지 ↔ -150mm 저저 트립(기술기준 2번도 -150mm). 어느 쪽도 고르지 않고 운전팀장 확인</w:t>
      </w:r>
    </w:p>
    <w:p>
      <w:r>
        <w:t>2. 퍼지 시간 (OP-BLR-07 §5.1 (5쪽)) - OP-BLR-02를 따르라고만 적혀 있고, 이번 묶음에 그 문서가 없음. 값 짐작 금지</w:t>
      </w:r>
    </w:p>
    <w:p>
      <w:r>
        <w:t>3. 냉각수펌프 절차서 (인계 서류 점검 결과 4번) - OP-CWP-02 누락. 이 상황의 카드는 문서가 도착한 뒤에 만든다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