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최종 보고 발표 장표 초안 (8장)</w:t>
      </w:r>
    </w:p>
    <w:p>
      <w:r>
        <w:t>※ 교육 영상 시연용 가상 자료 · 가상 기관 가상시 평생교육진흥원·JJ교육연구원 · 가상 인물(가명) · 실제와 무관</w:t>
      </w:r>
    </w:p>
    <w:p>
      <w:r>
        <w:t>AI 초안 · 책임연구원 검토 전 · 가상시 평생교육진흥원 시민 디지털 역량 교육 운영 용역 결과보고서</w:t>
      </w:r>
    </w:p>
    <w:p>
      <w:r>
        <w:t>장표 한 장에 본문 3줄 이내, 발표 15분 기준(장표당 약 2분).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장표</w:t>
            </w:r>
          </w:p>
        </w:tc>
        <w:tc>
          <w:tcPr>
            <w:tcW w:type="dxa" w:w="1728"/>
          </w:tcPr>
          <w:p>
            <w:r>
              <w:t>제목(핵심 메시지)</w:t>
            </w:r>
          </w:p>
        </w:tc>
        <w:tc>
          <w:tcPr>
            <w:tcW w:type="dxa" w:w="1728"/>
          </w:tcPr>
          <w:p>
            <w:r>
              <w:t>본문(3줄 이내)</w:t>
            </w:r>
          </w:p>
        </w:tc>
        <w:tc>
          <w:tcPr>
            <w:tcW w:type="dxa" w:w="1728"/>
          </w:tcPr>
          <w:p>
            <w:r>
              <w:t>근거 번호</w:t>
            </w:r>
          </w:p>
        </w:tc>
        <w:tc>
          <w:tcPr>
            <w:tcW w:type="dxa" w:w="1728"/>
          </w:tcPr>
          <w:p>
            <w:r>
              <w:t>발표 메모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시민 디지털 역량 교육 운영 개선: 결과 보고</w:t>
            </w:r>
          </w:p>
        </w:tc>
        <w:tc>
          <w:tcPr>
            <w:tcW w:type="dxa" w:w="1728"/>
          </w:tcPr>
          <w:p>
            <w:r>
              <w:t>가상시 평생교육진흥원 용역 · JJ교육연구원(가상)</w:t>
              <w:br/>
              <w:t>인터뷰 3명 · 설문 120건 · 선행연구 24편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인사와 조사 범위를 30초 안에 소개한다.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핵심 메시지는 세 가지입니다</w:t>
            </w:r>
          </w:p>
        </w:tc>
        <w:tc>
          <w:tcPr>
            <w:tcW w:type="dxa" w:w="1728"/>
          </w:tcPr>
          <w:p>
            <w:r>
              <w:t>① 수준과 속도를 나눠 운영한다</w:t>
              <w:br/>
              <w:t>② 수료 뒤 질문 창구를 둔다</w:t>
              <w:br/>
              <w:t>③ 실습 환경과 시간대를 현실에 맞춘다</w:t>
            </w:r>
          </w:p>
        </w:tc>
        <w:tc>
          <w:tcPr>
            <w:tcW w:type="dxa" w:w="1728"/>
          </w:tcPr>
          <w:p>
            <w:r>
              <w:t>인터뷰 14회 · 설문 55건 · 문헌 9편</w:t>
            </w:r>
          </w:p>
        </w:tc>
        <w:tc>
          <w:tcPr>
            <w:tcW w:type="dxa" w:w="1728"/>
          </w:tcPr>
          <w:p>
            <w:r>
              <w:t>세 가지를 먼저 말하고 각 장표로 들어간다.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수준과 속도를 나눈 반의 수료와 만족이 더 높았다</w:t>
            </w:r>
          </w:p>
        </w:tc>
        <w:tc>
          <w:tcPr>
            <w:tcW w:type="dxa" w:w="1728"/>
          </w:tcPr>
          <w:p>
            <w:r>
              <w:t>수강생 «셋째 날부터 너무 빨라서 따라가기 힘들었어요»</w:t>
              <w:br/>
              <w:t>설문 내용·난이도 15건(18.8%)</w:t>
              <w:br/>
              <w:t>선행연구: 수료율 17%p, 만족도 0.6점, 과제 완료율 18%p 차이</w:t>
            </w:r>
          </w:p>
        </w:tc>
        <w:tc>
          <w:tcPr>
            <w:tcW w:type="dxa" w:w="1728"/>
          </w:tcPr>
          <w:p>
            <w:r>
              <w:t>I1 · S1 · P01 · P02 · P03</w:t>
            </w:r>
          </w:p>
        </w:tc>
        <w:tc>
          <w:tcPr>
            <w:tcW w:type="dxa" w:w="1728"/>
          </w:tcPr>
          <w:p>
            <w:r>
              <w:t>연구마다 대상이 다르다는 점을 한 문장으로 덧붙인다.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수료 뒤 질문 창구를 쓴 집단의 활용이 더 많았다</w:t>
            </w:r>
          </w:p>
        </w:tc>
        <w:tc>
          <w:tcPr>
            <w:tcW w:type="dxa" w:w="1728"/>
          </w:tcPr>
          <w:p>
            <w:r>
              <w:t>수강생 «막히면 물어볼 데가 없어요»</w:t>
              <w:br/>
              <w:t>설문 현업 적용 11건(13.8%)</w:t>
              <w:br/>
              <w:t>선행연구: 도구 사용률 28%p, 응대 소요 2.7일, 월 질문 3.2건 차이</w:t>
            </w:r>
          </w:p>
        </w:tc>
        <w:tc>
          <w:tcPr>
            <w:tcW w:type="dxa" w:w="1728"/>
          </w:tcPr>
          <w:p>
            <w:r>
              <w:t>I2 · S2 · P13 · P14 · P15</w:t>
            </w:r>
          </w:p>
        </w:tc>
        <w:tc>
          <w:tcPr>
            <w:tcW w:type="dxa" w:w="1728"/>
          </w:tcPr>
          <w:p>
            <w:r>
              <w:t>이용 집단과 미이용 집단의 비교라 원인이라고 단정하지 않는다.</w:t>
            </w:r>
          </w:p>
        </w:tc>
      </w:tr>
      <w:tr>
        <w:tc>
          <w:tcPr>
            <w:tcW w:type="dxa" w:w="1728"/>
          </w:tcPr>
          <w:p>
            <w:r>
              <w:t>5</w:t>
            </w:r>
          </w:p>
        </w:tc>
        <w:tc>
          <w:tcPr>
            <w:tcW w:type="dxa" w:w="1728"/>
          </w:tcPr>
          <w:p>
            <w:r>
              <w:t>실습 환경과 시간대를 현실에 맞추면 참여가 늘었다</w:t>
            </w:r>
          </w:p>
        </w:tc>
        <w:tc>
          <w:tcPr>
            <w:tcW w:type="dxa" w:w="1728"/>
          </w:tcPr>
          <w:p>
            <w:r>
              <w:t>컴퓨터실 16석, 야간반 20:30 종료</w:t>
              <w:br/>
              <w:t>설문 실습·사례 17건, 시간·일정 12건</w:t>
              <w:br/>
              <w:t>선행연구: 실습 참여 13분, 질문 2.8회, 수료율 18%p 차이</w:t>
            </w:r>
          </w:p>
        </w:tc>
        <w:tc>
          <w:tcPr>
            <w:tcW w:type="dxa" w:w="1728"/>
          </w:tcPr>
          <w:p>
            <w:r>
              <w:t>I3 · I4 · S3 · S4 · P06 · P08 · P11</w:t>
            </w:r>
          </w:p>
        </w:tc>
        <w:tc>
          <w:tcPr>
            <w:tcW w:type="dxa" w:w="1728"/>
          </w:tcPr>
          <w:p>
            <w:r>
              <w:t>자리 수 20석과 16석 차이는 확인 중이라고 밝힌다.</w:t>
            </w:r>
          </w:p>
        </w:tc>
      </w:tr>
      <w:tr>
        <w:tc>
          <w:tcPr>
            <w:tcW w:type="dxa" w:w="1728"/>
          </w:tcPr>
          <w:p>
            <w:r>
              <w:t>6</w:t>
            </w:r>
          </w:p>
        </w:tc>
        <w:tc>
          <w:tcPr>
            <w:tcW w:type="dxa" w:w="1728"/>
          </w:tcPr>
          <w:p>
            <w:r>
              <w:t>한계와 확인할 사항</w:t>
            </w:r>
          </w:p>
        </w:tc>
        <w:tc>
          <w:tcPr>
            <w:tcW w:type="dxa" w:w="1728"/>
          </w:tcPr>
          <w:p>
            <w:r>
              <w:t>확인 필요 3건: 자리 수, 지난해 중도 탈락, 중간 설문 반영</w:t>
              <w:br/>
              <w:t>원문 없는 문헌 6편은 근거에서 제외</w:t>
              <w:br/>
              <w:t>이번에 다루지 않은 설문 의견 25건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숨기지 않고 먼저 말하면 질문이 줄어든다.</w:t>
            </w:r>
          </w:p>
        </w:tc>
      </w:tr>
      <w:tr>
        <w:tc>
          <w:tcPr>
            <w:tcW w:type="dxa" w:w="1728"/>
          </w:tcPr>
          <w:p>
            <w:r>
              <w:t>7</w:t>
            </w:r>
          </w:p>
        </w:tc>
        <w:tc>
          <w:tcPr>
            <w:tcW w:type="dxa" w:w="1728"/>
          </w:tcPr>
          <w:p>
            <w:r>
              <w:t>제언과 다음 단계</w:t>
            </w:r>
          </w:p>
        </w:tc>
        <w:tc>
          <w:tcPr>
            <w:tcW w:type="dxa" w:w="1728"/>
          </w:tcPr>
          <w:p>
            <w:r>
              <w:t>수준별 반 편성과 진도 점검을 시범 도입</w:t>
              <w:br/>
              <w:t>수료 뒤 질문 창구를 열고 응답 기간을 정한다</w:t>
              <w:br/>
              <w:t>야간 종료 시각과 실습 자리 수를 현장과 확정</w:t>
            </w:r>
          </w:p>
        </w:tc>
        <w:tc>
          <w:tcPr>
            <w:tcW w:type="dxa" w:w="1728"/>
          </w:tcPr>
          <w:p>
            <w:r>
              <w:t>—</w:t>
            </w:r>
          </w:p>
        </w:tc>
        <w:tc>
          <w:tcPr>
            <w:tcW w:type="dxa" w:w="1728"/>
          </w:tcPr>
          <w:p>
            <w:r>
              <w:t>일정과 담당은 발주처와 협의 후 채운다(확인 필요).</w:t>
            </w:r>
          </w:p>
        </w:tc>
      </w:tr>
      <w:tr>
        <w:tc>
          <w:tcPr>
            <w:tcW w:type="dxa" w:w="1728"/>
          </w:tcPr>
          <w:p>
            <w:r>
              <w:t>8</w:t>
            </w:r>
          </w:p>
        </w:tc>
        <w:tc>
          <w:tcPr>
            <w:tcW w:type="dxa" w:w="1728"/>
          </w:tcPr>
          <w:p>
            <w:r>
              <w:t>참고 출처</w:t>
            </w:r>
          </w:p>
        </w:tc>
        <w:tc>
          <w:tcPr>
            <w:tcW w:type="dxa" w:w="1728"/>
          </w:tcPr>
          <w:p>
            <w:r>
              <w:t>본문에 인용한 선행연구 9편</w:t>
              <w:br/>
              <w:t>인터뷰 4개 인용, 설문 유형 4개 건수</w:t>
              <w:br/>
              <w:t>전체 인용 출처 표는 보고서 부록</w:t>
            </w:r>
          </w:p>
        </w:tc>
        <w:tc>
          <w:tcPr>
            <w:tcW w:type="dxa" w:w="1728"/>
          </w:tcPr>
          <w:p>
            <w:r>
              <w:t>인용 출처 표 17행</w:t>
            </w:r>
          </w:p>
        </w:tc>
        <w:tc>
          <w:tcPr>
            <w:tcW w:type="dxa" w:w="1728"/>
          </w:tcPr>
          <w:p>
            <w:r>
              <w:t>질문이 나오면 부록의 쪽수로 바로 찾는다.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