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교육 담당자 의견 메모 (참여자 설문과 따로 모은 것)</w:t>
      </w:r>
    </w:p>
    <w:p>
      <w:r>
        <w:t>JJ교육연구원(가상) 교육운영·HRD 담당자 4명에게 받은 의견 · 설문 집계에는 넣지 않는다</w:t>
      </w:r>
    </w:p>
    <w:p>
      <w:pPr>
        <w:pStyle w:val="ListBullet"/>
      </w:pPr>
      <w:r>
        <w:t>월말과 분기말에는 부서 인력이 빠지기 어려워 교육 일정을 잡기가 힘들다.</w:t>
      </w:r>
    </w:p>
    <w:p>
      <w:pPr>
        <w:pStyle w:val="ListBullet"/>
      </w:pPr>
      <w:r>
        <w:t>실습을 늘리고 싶지만 강사 섭외와 교육장 예약 시간이 한정돼 있다.</w:t>
      </w:r>
    </w:p>
    <w:p>
      <w:pPr>
        <w:pStyle w:val="ListBullet"/>
      </w:pPr>
      <w:r>
        <w:t>교육이 끝난 뒤 현업 부서가 적용을 챙겨 주지 않아 담당자가 개별로 연락하기 어렵다.</w:t>
      </w:r>
    </w:p>
    <w:p>
      <w:pPr>
        <w:pStyle w:val="ListBullet"/>
      </w:pPr>
      <w:r>
        <w:t>설문은 해마다 하지만 자유응답을 다 읽지 못하고 점수 평균만 보고서에 쓴다.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