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학생(가명)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Q5 학생 답안 샘플 3개</w:t>
      </w:r>
    </w:p>
    <w:p>
      <w:r>
        <w:t>수행평가 Q5에 대한 학생 답안 3개입니다. 이름은 가명입니다.</w:t>
      </w:r>
    </w:p>
    <w:p>
      <w:r>
        <w:t>문제: 친구가 6x + 2 = 2x − 10을 ‘6x − 2x = 2 − 10 → 4x = −8 → x = −2’로 풀었다. 틀린 곳을 찾고, 바르게 풀고, 친구에게 설명하는 글을 쓰시오.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학생(가명)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답안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김○○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둘째 줄이 틀렸다. 2를 오른쪽으로 옮길 때 부호가 바뀌어야 하는데 그대로 2로 썼다. 바르게 풀면 6x − 2x = −10 − 2, 4x = −12, x = −3이다. 친구야, 숫자가 = 를 넘어가면 + 는 −, − 는 +가 돼. 그리고 x = −3을 넣어 보면 양쪽이 −16으로 같으니까 맞는지 꼭 확인해 봐.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이○○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틀렸다. 답이 −2가 아니다. 다시 풀면 4x = −12, x = −3이다.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박○○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둘째 줄에서 틀렸다. 2를 옮기면 −2가 되어야 하는데 +2로 그대로 썼다. 바르게 풀면 6x − 2x = −10 − 2, 4x = −12, x = −3이다. 숫자가 넘어갈 때 부호가 바뀐다는 걸 알려 주면 된다.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