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가상 기관·가상 학생(가명) · 실제와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일차방정식 평가 문항 세트와 예시 답안 (총 100점 · 45분)</w:t>
      </w:r>
    </w:p>
    <w:p>
      <w:r>
        <w:rPr>
          <w:color w:val="C81414"/>
        </w:rPr>
        <w:t>AI 초안 - 담당자 확인 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문항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연결 목표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난이도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배점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Q1 방정식 알아보기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목표 1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기초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10점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Q2 일차방정식 풀이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목표 2·3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보통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20점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Q3 분수가 있는 방정식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목표 4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심화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20점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Q4 문장제 활용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목표 5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심화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20점</w:t>
            </w:r>
          </w:p>
        </w:tc>
      </w:tr>
      <w:tr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Q5 수행평가: 친구의 풀이 바로잡기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목표 2·3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보통</w:t>
            </w:r>
          </w:p>
        </w:tc>
        <w:tc>
          <w:tcPr>
            <w:tcW w:type="dxa" w:w="216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30점</w:t>
            </w:r>
          </w:p>
        </w:tc>
      </w:tr>
    </w:tbl>
    <w:p/>
    <w:p>
      <w:r>
        <w:t>[Q1] (10점) 다음 중 방정식인 것을 모두 고르고, 그렇게 생각한 이유를 한 문장으로 쓰시오.</w:t>
      </w:r>
    </w:p>
    <w:p>
      <w:r>
        <w:t xml:space="preserve">   (가) 3 + 4 = 7   (나) 2x + 1 = 9   (다) 5x − 2   (라) x + 3 &gt; 5</w:t>
      </w:r>
    </w:p>
    <w:p>
      <w:r>
        <w:t>예시 답안: 답: (나). 이유: x가 들어 있고, x의 값에 따라 참이 되기도 거짓이 되기도 하는 등식이기 때문이다.</w:t>
      </w:r>
    </w:p>
    <w:p>
      <w:r>
        <w:t>[Q2] (20점) 방정식 5x + 3 = 2x + 12를 풀고, 각 줄 옆에 무엇을 했는지 쓰시오. 답은 x에 넣어 확인하시오.</w:t>
      </w:r>
    </w:p>
    <w:p>
      <w:r>
        <w:t>예시 답안: 5x + 3 = 2x + 12 → 5x − 2x = 12 − 3 (x 항은 왼쪽, 숫자는 오른쪽으로 옮김, 부호 바뀜) → 3x = 9 (정리) → x = 3 (양변을 3으로 나눔). 검산: 5×3+3 = 18, 2×3+12 = 18.</w:t>
      </w:r>
    </w:p>
    <w:p>
      <w:r>
        <w:t>[Q3] (20점) 방정식 x/2 − 1 = x/3 + 1/2을 정수 계수로 바꾸어 푸시오.</w:t>
      </w:r>
    </w:p>
    <w:p>
      <w:r>
        <w:t>예시 답안: 양변에 분모 2와 3의 공배수 6을 곱한다 → 3x − 6 = 2x + 3 → x = 9. 검산: 9/2 − 1 = 7/2, 9/3 + 1/2 = 7/2.</w:t>
      </w:r>
    </w:p>
    <w:p>
      <w:r>
        <w:t>[Q4] (20점) 학생들에게 연필을 3자루씩 나누면 8자루가 남고, 5자루씩 나누면 2자루가 모자란다. 학생 수와 연필 수를 구하시오.</w:t>
      </w:r>
    </w:p>
    <w:p>
      <w:r>
        <w:t>예시 답안: 학생 수를 x명이라 하면 3x + 8 = 5x − 2 → 2x = 10 → x = 5. 연필은 3×5+8 = 23자루. 답: 학생 5명, 연필 23자루.</w:t>
      </w:r>
    </w:p>
    <w:p>
      <w:r>
        <w:t>[Q5] (30점) 친구가 6x + 2 = 2x − 10을 ‘6x − 2x = 2 − 10 → 4x = −8 → x = −2’로 풀었다. 틀린 곳을 찾고, 바르게 풀고, 친구에게 설명하는 글을 쓰시오.</w:t>
      </w:r>
    </w:p>
    <w:p>
      <w:r>
        <w:t>예시 답안: 틀린 곳: 둘째 줄. 2를 오른쪽으로 옮길 때 부호가 바뀌어야 하는데 그대로 2로 썼다. 바른 풀이: 6x − 2x = −10 − 2 → 4x = −12 → x = −3. 설명: 숫자가 = 를 넘어가면 + 는 −, − 는 +가 돼. x = −3을 넣으면 양쪽이 −16으로 같아서 맞는지 확인할 수 있어.</w:t>
      </w:r>
    </w:p>
    <w:p>
      <w:r>
        <w:t>난이도별 배점: 기초 10점 · 보통 50점 · 심화 40점</w:t>
      </w:r>
    </w:p>
    <w:p>
      <w:r>
        <w:t>(확인 필요) 평가 시행일 · 계산기 허용 여부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