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학생(가명)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일차방정식 평가 계획 메모</w:t>
      </w:r>
    </w:p>
    <w:p>
      <w:r>
        <w:t>윤 강사이(가) 적어 둔 메모입니다. 정해진 것만 적혀 있고, 아직 안 정한 것은 맨 아래에 따로 적었습니다.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평가 대상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겨울 수학 보충반(중학교 1학년) 20명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단원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일차방정식 (목표 5개)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총점·시간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100점, 45분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구성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서술형 4문항 + 수행평가 1문항 (객관식 없음)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점수 배분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기초 10점 · 보통 50점 · 심화 40점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문항 조건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연습문제와 같은 식은 쓰지 않는다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채점 단계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요소마다 상·중·하 3단계, 점수는 정수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아직 안 정함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평가 시행일 · 계산기 허용 여부 · 계산 실수 감점 규정 · 공동 채점자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