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틀린 풀이 짚기와 보충 문제</w:t>
      </w:r>
    </w:p>
    <w:p>
      <w:r>
        <w:rPr>
          <w:color w:val="C81414"/>
        </w:rPr>
        <w:t>AI 초안 - 강사 확인 전</w:t>
      </w:r>
    </w:p>
    <w:p>
      <w:r>
        <w:t>문제: 4x + 6 = 2x − 4</w:t>
      </w:r>
    </w:p>
    <w:p>
      <w:r>
        <w:t>학생 풀이: 4x − 2x = 6 − 4 → 2x = 2 → x = 1</w:t>
      </w:r>
    </w:p>
    <w:p>
      <w:r>
        <w:t>틀린 곳: 첫 줄입니다. 6을 오른쪽으로 옮길 때 부호가 바뀌어 −6이 되어야 하는데 +6 그대로 두었습니다.</w:t>
      </w:r>
    </w:p>
    <w:p>
      <w:r>
        <w:t>바른 풀이: 4x − 2x = −4 − 6 → 2x = −10 → x = −5</w:t>
      </w:r>
    </w:p>
    <w:p>
      <w:r>
        <w:t>검산: x = −5 를 넣으면 왼쪽 4×(−5)+6 = −14, 오른쪽 2×(−5)−4 = −14 로 같습니다.</w:t>
      </w:r>
    </w:p>
    <w:p>
      <w:r>
        <w:t>보충 문제 (이항할 때 부호)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문제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풀이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답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보충 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6x + 5 = 2x − 7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4x = −12 → x = −3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−3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보충 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5x + 8 = 3x − 2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2x = −10 → x = −5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 = −5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