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기관·가상 학생(가명) · 실제와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일차방정식 쉬운 말 요약본 (기초 학생용)</w:t>
      </w:r>
    </w:p>
    <w:p>
      <w:r>
        <w:rPr>
          <w:color w:val="C81414"/>
        </w:rPr>
        <w:t>AI 초안 - 강사 확인 전</w:t>
      </w:r>
    </w:p>
    <w:p>
      <w:r>
        <w:t>1. 방정식은 «x가 얼마일 때 양쪽이 같아질까?»를 묻는 식이다.</w:t>
      </w:r>
    </w:p>
    <w:p>
      <w:r>
        <w:t>2. 양쪽에 같은 수를 더하거나 빼도, 같은 수로 곱하거나 나눠도 양쪽은 계속 같다.</w:t>
      </w:r>
    </w:p>
    <w:p>
      <w:r>
        <w:t>3. x가 든 항은 한쪽으로, 숫자는 반대쪽으로 모은다. 넘어갈 때 + 는 −, − 는 +가 된다.</w:t>
      </w:r>
    </w:p>
    <w:p>
      <w:r>
        <w:t>4. 괄호는 먼저 풀고, 분수나 소수가 있으면 양쪽에 같은 수를 곱해 정수로 바꾼다.</w:t>
      </w:r>
    </w:p>
    <w:p>
      <w:r>
        <w:t>5. 답을 구했으면 x에 넣어 양쪽이 같은지 꼭 확인한다.</w:t>
      </w:r>
    </w:p>
    <w:p/>
    <w:p>
      <w:r>
        <w:t>예) 3x + 4 = x + 10 → 3x − x = 10 − 4 → 2x = 6 → x = 3 → 넣어 보면 3×3+4 = 13, 3+10 = 13 으로 같다.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