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일차방정식 수준별 연습문제와 해설</w:t>
      </w:r>
    </w:p>
    <w:p>
      <w:r>
        <w:rPr>
          <w:color w:val="C81414"/>
        </w:rPr>
        <w:t>AI 초안 - 강사 확인 전. 정답과 난이도는 강사가 직접 풀어 확인합니다.</w:t>
      </w:r>
    </w:p>
    <w:p>
      <w:pPr>
        <w:pStyle w:val="Heading2"/>
      </w:pPr>
      <w:r>
        <w:t>기초 (0~4점) · 5문제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풀이 해설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 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+ 5 = 12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양쪽에서 5를 뺀다 → x = 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7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 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− 4 = 9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양쪽에 4를 더한다 → x = 13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13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 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3x = 21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양쪽을 3으로 나눈다 → x = 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7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2x + 1 = 11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1을 오른쪽으로 옮긴다 → 2x = 10 → x = 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5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 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4x − 3 = 13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−3을 오른쪽으로 옮긴다 → 4x = 16 → x =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4</w:t>
            </w:r>
          </w:p>
        </w:tc>
      </w:tr>
    </w:tbl>
    <w:p>
      <w:pPr>
        <w:pStyle w:val="Heading2"/>
      </w:pPr>
      <w:r>
        <w:t>보통 (5~7점) · 5문제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풀이 해설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 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3x + 4 = x + 10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항은 왼쪽, 숫자는 오른쪽으로 → 2x = 6 → x = 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3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 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5x − 2 = 2x + 7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3x = 9 → x = 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3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 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4x + 6 = 2x − 4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2x = −10 → x = −5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−5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2(x + 3) = 14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괄호를 풀면 2x + 6 = 14 → 2x = 8 → x =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4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 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7x − 5 = 3x + 11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4x = 16 → x =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4</w:t>
            </w:r>
          </w:p>
        </w:tc>
      </w:tr>
    </w:tbl>
    <w:p>
      <w:pPr>
        <w:pStyle w:val="Heading2"/>
      </w:pPr>
      <w:r>
        <w:t>심화 (8~10점) · 5문제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풀이 해설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 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3(x − 2) = 2x + 5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3x − 6 = 2x + 5 → x = 11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11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 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x/2 + x/3 = 10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양변에 6을 곱한다 → 3x + 2x = 60 → x = 12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12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 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0.3x + 1.2 = 0.5x − 0.8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양변에 10을 곱한다 → 3x + 12 = 5x − 8 → 2x = 20 → x = 10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10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지금 아버지는 42세, 아들은 12세다. 몇 년 뒤에 아버지 나이가 아들 나이의 2배가 될까?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x년 뒤 → 42 + x = 2(12 + x) → 42 + x = 24 + 2x → x = 18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18년 뒤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 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사탕을 학생들에게 4개씩 나누면 9개가 남고, 6개씩 나누면 3개가 모자란다. 학생 수와 사탕 수는?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학생 x명 → 4x + 9 = 6x − 3 → 2x = 12 → x = 6, 사탕은 4×6 + 9 = 33개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학생 6명, 사탕 33개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