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기관·가상 학생(가명) · 실제와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중1 수학 · 일차방정식 (교재 한 단원)</w:t>
      </w:r>
    </w:p>
    <w:p>
      <w:r>
        <w:t>JJ교육연구원 겨울 수학 보충반(중학교 1학년) 교재의 한 단원입니다. 연습문제는 이 단원에 나온 내용 안에서만 냅니다.</w:t>
      </w:r>
    </w:p>
    <w:p>
      <w:pPr>
        <w:pStyle w:val="Heading2"/>
      </w:pPr>
      <w:r>
        <w:t>1. 등식과 방정식</w:t>
      </w:r>
    </w:p>
    <w:p>
      <w:r>
        <w:t>등식은 «=»로 양쪽이 같다고 쓴 식입니다. 방정식은 x에 어떤 값을 넣었을 때만 양쪽이 같아지는 등식입니다. 그 값을 방정식의 해(답)라고 합니다.</w:t>
      </w:r>
    </w:p>
    <w:p>
      <w:r>
        <w:t>예) x + 2 = 5 는 x = 3 일 때만 양쪽이 같으므로 방정식이고, 해는 3입니다.</w:t>
      </w:r>
    </w:p>
    <w:p>
      <w:pPr>
        <w:pStyle w:val="Heading2"/>
      </w:pPr>
      <w:r>
        <w:t>2. 등식의 성질과 이항</w:t>
      </w:r>
    </w:p>
    <w:p>
      <w:r>
        <w:t>① 양쪽에 같은 수를 더하거나 빼도 등식은 성립합니다. ② 양쪽에 같은 수를 곱하거나 (0이 아닌 수로) 나누어도 성립합니다.</w:t>
      </w:r>
    </w:p>
    <w:p>
      <w:r>
        <w:t>이 성질을 쓰면 항을 반대쪽으로 옮길 수 있습니다. 이것을 이항이라고 하고, 옮길 때 부호가 바뀝니다 (+ 는 −, − 는 +).</w:t>
      </w:r>
    </w:p>
    <w:p>
      <w:r>
        <w:t>예제 1) x − 4 = 9 → 양쪽에 4를 더하면 x = 13</w:t>
      </w:r>
    </w:p>
    <w:p>
      <w:r>
        <w:t>예제 2) 2x + 1 = 11 → 1을 이항하면 2x = 10 → x = 5</w:t>
      </w:r>
    </w:p>
    <w:p>
      <w:pPr>
        <w:pStyle w:val="Heading2"/>
      </w:pPr>
      <w:r>
        <w:t>3. x가 양쪽에 있는 일차방정식</w:t>
      </w:r>
    </w:p>
    <w:p>
      <w:r>
        <w:t>x 항은 한쪽(왼쪽)으로, 숫자는 반대쪽(오른쪽)으로 모읍니다. 정리하면 ax = b 꼴이 되고, 양쪽을 a로 나눕니다.</w:t>
      </w:r>
    </w:p>
    <w:p>
      <w:r>
        <w:t>예제 3) 3x + 4 = x + 10 → 3x − x = 10 − 4 → 2x = 6 → x = 3</w:t>
      </w:r>
    </w:p>
    <w:p>
      <w:pPr>
        <w:pStyle w:val="Heading2"/>
      </w:pPr>
      <w:r>
        <w:t>4. 복잡한 일차방정식</w:t>
      </w:r>
    </w:p>
    <w:p>
      <w:r>
        <w:t>괄호가 있으면 분배해서 먼저 풉니다. 계수가 소수나 분수이면 양쪽에 알맞은 수를 곱해 정수로 바꿉니다.</w:t>
      </w:r>
    </w:p>
    <w:p>
      <w:r>
        <w:t>예제 4) 2(x + 3) = 14 → 2x + 6 = 14 → 2x = 8 → x = 4</w:t>
      </w:r>
    </w:p>
    <w:p>
      <w:r>
        <w:t>예제 5) 0.3x + 1.2 = 0.5x − 0.8 → 양쪽에 10을 곱해 3x + 12 = 5x − 8 → x = 10</w:t>
      </w:r>
    </w:p>
    <w:p>
      <w:pPr>
        <w:pStyle w:val="Heading2"/>
      </w:pPr>
      <w:r>
        <w:t>5. 일차방정식의 활용</w:t>
      </w:r>
    </w:p>
    <w:p>
      <w:r>
        <w:t>구하려는 것을 x로 놓고, 문장대로 식을 세웁니다. 푼 다음 답이 문제에 맞는지(음수·소수가 나오면 안 되는 경우 등) 확인합니다.</w:t>
      </w:r>
    </w:p>
    <w:p>
      <w:r>
        <w:t>예제 6) 어떤 수의 3배에 4를 더하면 19이다 → 3x + 4 = 19 → x = 5</w:t>
      </w:r>
    </w:p>
    <w:p>
      <w:r>
        <w:t>답을 구한 뒤에는 x에 넣어 양쪽이 같은지 확인(검산)합니다.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