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고객사·가명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신입사원 업무 글쓰기 실무 의뢰 기본조건 메모</w:t>
      </w:r>
    </w:p>
    <w:p>
      <w:r>
        <w:t>JJ교육연구원 교육기획팀 담당자가 의뢰 전화를 받고 적은 메모입니다. 아직 안 정한 것은 맨 아래 줄에 적었습니다.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의뢰처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다온유통(가상) 인재개발팀 서가은 매니저(가명)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과정명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신입사원 업무 글쓰기 실무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대상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입사 1년 차 사무직 신입사원 24명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교육 시간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하루 4차시 × 90분 = 360분(6시간). 09:30 시작, 점심 60분, 쉬는 시간 10분씩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꼭 다룰 내용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앞서 정리한 요구 4가지(보고서·이메일·요약·고쳐 쓰기)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아직 안 정함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교육 날짜 · 교육 장소 · 사전 과제 가능 여부 · 수료 기준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