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고객사·가명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고객 인터뷰 요구 정리표 (앞 업무 결과)</w:t>
      </w:r>
    </w:p>
    <w:p>
      <w:r>
        <w:t>다온유통(가상) 인재개발팀 인터뷰 2건을 정리한 결과입니다. 아래 인용문은 교육용으로 지어낸 가상 문장입니다.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번호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주제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대표 인용문(가상)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우선순위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보고서 구조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보고서를 내면 첫 줄부터 다시 써 주세요.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R2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이메일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부탁이나 거절 메일을 쓸 때 말투가 걱정돼요.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요약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회의 메모가 길어서 요약이 잘 안 돼요.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R4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고쳐 쓰기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고치라는 말은 듣는데 어디를 고칠지 모르겠어요.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4</w:t>
            </w:r>
          </w:p>
        </w:tc>
      </w:tr>
    </w:tbl>
    <w:p/>
    <w:p>
      <w:r>
        <w:rPr>
          <w:b/>
        </w:rPr>
        <w:t>추가로 물을 질문</w:t>
      </w:r>
    </w:p>
    <w:p>
      <w:r>
        <w:t>1. 교육 날짜와 장소(고객사 교육장 또는 우리 교육관)는 언제, 어디로 하나요?</w:t>
      </w:r>
    </w:p>
    <w:p>
      <w:r>
        <w:t>2. 수업 전에 미리 낼 사전 과제를 받아도 되나요?</w:t>
      </w:r>
    </w:p>
    <w:p>
      <w:r>
        <w:t>3. 수료 기준(출석 비율·산출물 제출)은 어떻게 정하나요?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