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 가상시 평생교육진흥원·JJ교육연구원 · 가상 인물(가명)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인터뷰 3 받아쓰기 · 지난해 교육 수강생 대표 · 63세</w:t>
      </w:r>
    </w:p>
    <w:p>
      <w:r>
        <w:t>JJ교육연구원가 «시민 AI 활용 교육» 제안을 준비하며 진행한 인터뷰를 글로 받아쓴 것입니다. 말씨는 그대로 두었습니다. 진행: 연구원 노지안(가명)</w:t>
      </w:r>
    </w:p>
    <w:p>
      <w:r>
        <w:t>말한 사람: 마정숙 수강생(가명)</w:t>
      </w:r>
    </w:p>
    <w:p>
      <w:r>
        <w:t>[00:50] 진행: 지난해 교육은 어땠어요?</w:t>
      </w:r>
    </w:p>
    <w:p>
      <w:r>
        <w:t>[00:50] 마정숙 수강생: 처음엔 재미있었는데 셋째 날부터 너무 빨라서 따라가기 힘들었어요.</w:t>
      </w:r>
    </w:p>
    <w:p>
      <w:r>
        <w:t>[02:15] 진행: 어려웠던 점이 있다면요?</w:t>
      </w:r>
    </w:p>
    <w:p>
      <w:r>
        <w:t>[02:15] 마정숙 수강생: 입력창에 뭘 써야 하는지 몰라서 한참 멍하니 있었어요. 쓰는 말도 어려웠고요.</w:t>
      </w:r>
    </w:p>
    <w:p>
      <w:r>
        <w:t>[03:40] 진행: 집에서 복습은 하셨나요?</w:t>
      </w:r>
    </w:p>
    <w:p>
      <w:r>
        <w:t>[03:40] 마정숙 수강생: 집에 가서 복습하려고 해도 자료가 없어서 막막했어요. 종이로 주면 좋겠어요.</w:t>
      </w:r>
    </w:p>
    <w:p>
      <w:r>
        <w:t>[05:00] 진행: 교육이 끝난 뒤에는요?</w:t>
      </w:r>
    </w:p>
    <w:p>
      <w:r>
        <w:t>[05:00] 마정숙 수강생: 배운 걸 집에서 해 보다가 막히면 물어볼 데가 없어요. 전화라도 되면 좋겠어요.</w:t>
      </w:r>
    </w:p>
    <w:p>
      <w:r>
        <w:t>[06:20] 진행: 시간대는 어땠어요?</w:t>
      </w:r>
    </w:p>
    <w:p>
      <w:r>
        <w:t>[06:20] 마정숙 수강생: 손주를 보느라 평일 낮에는 못 나올 때가 있어서 토요일 반이 있으면 좋겠어요.</w:t>
      </w:r>
    </w:p>
    <w:p>
      <w:r>
        <w:t>[07:40] 진행: 실습할 때 불편한 점은요?</w:t>
      </w:r>
    </w:p>
    <w:p>
      <w:r>
        <w:t>[07:40] 마정숙 수강생: 마우스 쓰는 게 서툴러서 옆에서 도와주는 분이 한 명 더 있었으면 해요.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