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 가상시 평생교육진흥원·JJ교육연구원 · 가상 인물(가명)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인터뷰 2 받아쓰기 · 가상시 평생학습관 운영 담당 · 현장 측</w:t>
      </w:r>
    </w:p>
    <w:p>
      <w:r>
        <w:t>JJ교육연구원가 «시민 AI 활용 교육» 제안을 준비하며 진행한 인터뷰를 글로 받아쓴 것입니다. 말씨는 그대로 두었습니다. 진행: 연구원 노지안(가명)</w:t>
      </w:r>
    </w:p>
    <w:p>
      <w:r>
        <w:t>말한 사람: 오서연 담당(가명)</w:t>
      </w:r>
    </w:p>
    <w:p>
      <w:r>
        <w:t>[01:05] 진행: 컴퓨터실은 몇 석인가요?</w:t>
      </w:r>
    </w:p>
    <w:p>
      <w:r>
        <w:t>[01:05] 오서연 담당: 컴퓨터실은 16석이에요. 20석이라고 알고 계신 분이 많은데, 4대는 고장이라 치워 놨어요.</w:t>
      </w:r>
    </w:p>
    <w:p>
      <w:r>
        <w:t>[02:30] 진행: 인터넷은 괜찮은가요?</w:t>
      </w:r>
    </w:p>
    <w:p>
      <w:r>
        <w:t>[02:30] 오서연 담당: 와이파이가 오후 2시쯤 되면 자주 끊겨서, 한꺼번에 접속하면 느려집니다.</w:t>
      </w:r>
    </w:p>
    <w:p>
      <w:r>
        <w:t>[04:00] 진행: 야간 운영은 가능한가요?</w:t>
      </w:r>
    </w:p>
    <w:p>
      <w:r>
        <w:t>[04:00] 오서연 담당: 건물이 밤 9시에 문을 닫아요. 야간반은 8시 30분에는 끝나야 합니다.</w:t>
      </w:r>
    </w:p>
    <w:p>
      <w:r>
        <w:t>[05:20] 진행: 어르신 수강생은 어떤가요?</w:t>
      </w:r>
    </w:p>
    <w:p>
      <w:r>
        <w:t>[05:20] 오서연 담당: 어르신들은 화면 글씨가 작다고 하세요. 수업 속도도 천천히 가야 하고요.</w:t>
      </w:r>
    </w:p>
    <w:p>
      <w:r>
        <w:t>[06:45] 진행: 수강생들이 자주 요청하는 건요?</w:t>
      </w:r>
    </w:p>
    <w:p>
      <w:r>
        <w:t>[06:45] 오서연 담당: 인쇄한 자료를 꼭 달라고 하세요. 화면만 보고는 따라가기 힘들다고요.</w:t>
      </w:r>
    </w:p>
    <w:p>
      <w:r>
        <w:t>[08:10] 진행: 수업이 끝난 뒤 모습은요?</w:t>
      </w:r>
    </w:p>
    <w:p>
      <w:r>
        <w:t>[08:10] 오서연 담당: 수업 끝나고 로비에서 한참 질문하는 분이 많아요. 따로 물어볼 창구가 있으면 좋겠어요.</w:t>
      </w:r>
    </w:p>
    <w:p>
      <w:r>
        <w:t>[09:30] 진행: 주말도 열 수 있나요?</w:t>
      </w:r>
    </w:p>
    <w:p>
      <w:r>
        <w:t>[09:30] 오서연 담당: 주말은 토요일만 열 수 있고, 일요일은 건물 휴관입니다.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